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E43B2" w14:textId="77777777" w:rsidR="00762980" w:rsidRDefault="00762980">
      <w:pPr>
        <w:jc w:val="center"/>
        <w:rPr>
          <w:b/>
          <w:sz w:val="36"/>
        </w:rPr>
      </w:pPr>
    </w:p>
    <w:p w14:paraId="5E352918" w14:textId="05EE2F6F" w:rsidR="001D5F3C" w:rsidRDefault="00A25EF3">
      <w:pPr>
        <w:jc w:val="center"/>
      </w:pPr>
      <w:r>
        <w:rPr>
          <w:b/>
          <w:sz w:val="36"/>
        </w:rPr>
        <w:t>WUNSCHLIEDER FÜR USB-STICKS</w:t>
      </w:r>
    </w:p>
    <w:p w14:paraId="38765EC0" w14:textId="43D88A83" w:rsidR="001D5F3C" w:rsidRDefault="005721CB">
      <w:pPr>
        <w:jc w:val="center"/>
      </w:pPr>
      <w:r>
        <w:rPr>
          <w:sz w:val="20"/>
        </w:rPr>
        <w:t>Einfach Kreuz vor dem ausgesuchten Titel machen …. Fertig.</w:t>
      </w:r>
    </w:p>
    <w:p w14:paraId="301DCE35" w14:textId="77777777" w:rsidR="001D5F3C" w:rsidRDefault="00A25EF3">
      <w:pPr>
        <w:spacing w:before="280" w:after="100"/>
      </w:pPr>
      <w:r>
        <w:rPr>
          <w:b/>
          <w:sz w:val="28"/>
        </w:rPr>
        <w:t>Trauerlieder</w:t>
      </w:r>
    </w:p>
    <w:p w14:paraId="027C94A9" w14:textId="0207A973" w:rsidR="001D5F3C" w:rsidRDefault="003A3AF1">
      <w:pPr>
        <w:spacing w:after="40"/>
        <w:ind w:left="113"/>
      </w:pPr>
      <w:sdt>
        <w:sdtPr>
          <w:id w:val="-29876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21CB">
            <w:rPr>
              <w:rFonts w:ascii="MS Gothic" w:eastAsia="MS Gothic" w:hAnsi="MS Gothic" w:hint="eastAsia"/>
            </w:rPr>
            <w:t>☐</w:t>
          </w:r>
        </w:sdtContent>
      </w:sdt>
      <w:r w:rsidR="005721CB">
        <w:t xml:space="preserve">  </w:t>
      </w:r>
      <w:r w:rsidR="00A25EF3">
        <w:t>Am Ende aller Wege werden wir uns wiedersehn</w:t>
      </w:r>
    </w:p>
    <w:p w14:paraId="005FBCDD" w14:textId="77777777" w:rsidR="001D5F3C" w:rsidRDefault="003A3AF1">
      <w:pPr>
        <w:spacing w:after="40"/>
        <w:ind w:left="113"/>
      </w:pPr>
      <w:sdt>
        <w:sdtPr>
          <w:id w:val="358562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An einem Tag wie heute</w:t>
      </w:r>
    </w:p>
    <w:p w14:paraId="73DD16DE" w14:textId="77777777" w:rsidR="001D5F3C" w:rsidRDefault="003A3AF1">
      <w:pPr>
        <w:spacing w:after="40"/>
        <w:ind w:left="113"/>
      </w:pPr>
      <w:sdt>
        <w:sdtPr>
          <w:id w:val="-714268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Bis wir uns wiedersehn</w:t>
      </w:r>
    </w:p>
    <w:p w14:paraId="03C33669" w14:textId="08E0695E" w:rsidR="001D5F3C" w:rsidRDefault="003A3AF1">
      <w:pPr>
        <w:spacing w:after="40"/>
        <w:ind w:left="113"/>
      </w:pPr>
      <w:sdt>
        <w:sdtPr>
          <w:id w:val="2086568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D24">
            <w:rPr>
              <w:rFonts w:ascii="MS Gothic" w:eastAsia="MS Gothic" w:hAnsi="MS Gothic" w:hint="eastAsia"/>
            </w:rPr>
            <w:t>☐</w:t>
          </w:r>
        </w:sdtContent>
      </w:sdt>
      <w:r w:rsidR="005721CB">
        <w:t xml:space="preserve">  </w:t>
      </w:r>
      <w:r w:rsidR="00A25EF3">
        <w:t>Das was bleibt</w:t>
      </w:r>
    </w:p>
    <w:p w14:paraId="730B15DC" w14:textId="77777777" w:rsidR="001D5F3C" w:rsidRDefault="003A3AF1">
      <w:pPr>
        <w:spacing w:after="40"/>
        <w:ind w:left="113"/>
      </w:pPr>
      <w:sdt>
        <w:sdtPr>
          <w:id w:val="-1520311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Dein Leuchten bleibt</w:t>
      </w:r>
    </w:p>
    <w:p w14:paraId="0B529036" w14:textId="77777777" w:rsidR="001D5F3C" w:rsidRDefault="003A3AF1">
      <w:pPr>
        <w:spacing w:after="40"/>
        <w:ind w:left="113"/>
      </w:pPr>
      <w:sdt>
        <w:sdtPr>
          <w:id w:val="-1675791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Du warst mein treuer Begleiter</w:t>
      </w:r>
    </w:p>
    <w:p w14:paraId="797321AF" w14:textId="77777777" w:rsidR="001D5F3C" w:rsidRDefault="003A3AF1">
      <w:pPr>
        <w:spacing w:after="40"/>
        <w:ind w:left="113"/>
      </w:pPr>
      <w:sdt>
        <w:sdtPr>
          <w:id w:val="383226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Deine Reise ins Licht</w:t>
      </w:r>
    </w:p>
    <w:p w14:paraId="50E02E02" w14:textId="77777777" w:rsidR="001D5F3C" w:rsidRDefault="003A3AF1">
      <w:pPr>
        <w:spacing w:after="40"/>
        <w:ind w:left="113"/>
      </w:pPr>
      <w:sdt>
        <w:sdtPr>
          <w:id w:val="-768003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Der Himmel hat dich heimgerufen</w:t>
      </w:r>
    </w:p>
    <w:p w14:paraId="4351F13F" w14:textId="77777777" w:rsidR="001D5F3C" w:rsidRDefault="003A3AF1">
      <w:pPr>
        <w:spacing w:after="40"/>
        <w:ind w:left="113"/>
      </w:pPr>
      <w:sdt>
        <w:sdtPr>
          <w:id w:val="-1921017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Der letzte Ankerplatz</w:t>
      </w:r>
    </w:p>
    <w:p w14:paraId="39A0D4A8" w14:textId="35FC36C3" w:rsidR="001D5F3C" w:rsidRDefault="003A3AF1">
      <w:pPr>
        <w:spacing w:after="40"/>
        <w:ind w:left="113"/>
      </w:pPr>
      <w:sdt>
        <w:sdtPr>
          <w:id w:val="-633714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456">
            <w:rPr>
              <w:rFonts w:ascii="MS Gothic" w:eastAsia="MS Gothic" w:hAnsi="MS Gothic" w:hint="eastAsia"/>
            </w:rPr>
            <w:t>☐</w:t>
          </w:r>
        </w:sdtContent>
      </w:sdt>
      <w:r w:rsidR="005721CB">
        <w:t xml:space="preserve">  </w:t>
      </w:r>
      <w:r w:rsidR="00A25EF3">
        <w:t>Die Sehnsucht nimmt kein Ende</w:t>
      </w:r>
    </w:p>
    <w:p w14:paraId="6A0AF18B" w14:textId="77777777" w:rsidR="001D5F3C" w:rsidRDefault="003A3AF1">
      <w:pPr>
        <w:spacing w:after="40"/>
        <w:ind w:left="113"/>
      </w:pPr>
      <w:sdt>
        <w:sdtPr>
          <w:id w:val="-866599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Du bist noch immer hier bei mir</w:t>
      </w:r>
    </w:p>
    <w:p w14:paraId="40E14A65" w14:textId="77777777" w:rsidR="001D5F3C" w:rsidRDefault="003A3AF1">
      <w:pPr>
        <w:spacing w:after="40"/>
        <w:ind w:left="113"/>
      </w:pPr>
      <w:sdt>
        <w:sdtPr>
          <w:id w:val="599690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Du bleibst in unseren Herzen 1</w:t>
      </w:r>
    </w:p>
    <w:p w14:paraId="1DEFE9EC" w14:textId="77777777" w:rsidR="001D5F3C" w:rsidRDefault="003A3AF1">
      <w:pPr>
        <w:spacing w:after="40"/>
        <w:ind w:left="113"/>
      </w:pPr>
      <w:sdt>
        <w:sdtPr>
          <w:id w:val="-1399740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Du bleibst in unseren Herzen 2</w:t>
      </w:r>
    </w:p>
    <w:p w14:paraId="17EDC56C" w14:textId="77777777" w:rsidR="001D5F3C" w:rsidRDefault="003A3AF1">
      <w:pPr>
        <w:spacing w:after="40"/>
        <w:ind w:left="113"/>
      </w:pPr>
      <w:sdt>
        <w:sdtPr>
          <w:id w:val="-1232691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Du fehlst in jedem Augenblick</w:t>
      </w:r>
    </w:p>
    <w:p w14:paraId="17BB8D0A" w14:textId="77777777" w:rsidR="001D5F3C" w:rsidRDefault="003A3AF1">
      <w:pPr>
        <w:spacing w:after="40"/>
        <w:ind w:left="113"/>
      </w:pPr>
      <w:sdt>
        <w:sdtPr>
          <w:id w:val="-992716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Du warst immer da – kleine Mietze</w:t>
      </w:r>
    </w:p>
    <w:p w14:paraId="111E7314" w14:textId="77777777" w:rsidR="001D5F3C" w:rsidRDefault="003A3AF1">
      <w:pPr>
        <w:spacing w:after="40"/>
        <w:ind w:left="113"/>
      </w:pPr>
      <w:sdt>
        <w:sdtPr>
          <w:id w:val="1569297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Ein letzter Gruß</w:t>
      </w:r>
    </w:p>
    <w:p w14:paraId="583193D1" w14:textId="77777777" w:rsidR="001D5F3C" w:rsidRDefault="003A3AF1">
      <w:pPr>
        <w:spacing w:after="40"/>
        <w:ind w:left="113"/>
      </w:pPr>
      <w:sdt>
        <w:sdtPr>
          <w:id w:val="-1125841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Ein Stück voraus</w:t>
      </w:r>
    </w:p>
    <w:p w14:paraId="010092B2" w14:textId="77777777" w:rsidR="001D5F3C" w:rsidRDefault="003A3AF1">
      <w:pPr>
        <w:spacing w:after="40"/>
        <w:ind w:left="113"/>
      </w:pPr>
      <w:sdt>
        <w:sdtPr>
          <w:id w:val="1809358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Eine Seele auf Wanderschaft</w:t>
      </w:r>
    </w:p>
    <w:p w14:paraId="0E085B02" w14:textId="77777777" w:rsidR="001D5F3C" w:rsidRDefault="003A3AF1">
      <w:pPr>
        <w:spacing w:after="40"/>
        <w:ind w:left="113"/>
      </w:pPr>
      <w:sdt>
        <w:sdtPr>
          <w:id w:val="500087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Es war unsere Zeit</w:t>
      </w:r>
    </w:p>
    <w:p w14:paraId="719812DF" w14:textId="77777777" w:rsidR="001D5F3C" w:rsidRDefault="003A3AF1">
      <w:pPr>
        <w:spacing w:after="40"/>
        <w:ind w:left="113"/>
      </w:pPr>
      <w:sdt>
        <w:sdtPr>
          <w:id w:val="57592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Geh wieder hinaus</w:t>
      </w:r>
    </w:p>
    <w:p w14:paraId="7218F4B9" w14:textId="77777777" w:rsidR="001D5F3C" w:rsidRDefault="003A3AF1">
      <w:pPr>
        <w:spacing w:after="40"/>
        <w:ind w:left="113"/>
      </w:pPr>
      <w:sdt>
        <w:sdtPr>
          <w:id w:val="1697271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Hab keine Angst vor dem Morgen</w:t>
      </w:r>
    </w:p>
    <w:p w14:paraId="4271619B" w14:textId="6D727F01" w:rsidR="001D5F3C" w:rsidRDefault="003A3AF1">
      <w:pPr>
        <w:spacing w:after="40"/>
        <w:ind w:left="113"/>
      </w:pPr>
      <w:sdt>
        <w:sdtPr>
          <w:id w:val="-174187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D24">
            <w:rPr>
              <w:rFonts w:ascii="MS Gothic" w:eastAsia="MS Gothic" w:hAnsi="MS Gothic" w:hint="eastAsia"/>
            </w:rPr>
            <w:t>☐</w:t>
          </w:r>
        </w:sdtContent>
      </w:sdt>
      <w:r w:rsidR="005721CB">
        <w:t xml:space="preserve">  </w:t>
      </w:r>
      <w:r w:rsidR="00A25EF3">
        <w:t>Heute lassen wir dich gehen</w:t>
      </w:r>
    </w:p>
    <w:p w14:paraId="12BA4FA7" w14:textId="77777777" w:rsidR="001D5F3C" w:rsidRDefault="003A3AF1">
      <w:pPr>
        <w:spacing w:after="40"/>
        <w:ind w:left="113"/>
      </w:pPr>
      <w:sdt>
        <w:sdtPr>
          <w:id w:val="-111218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Ich lerne ohne dich zu leben</w:t>
      </w:r>
    </w:p>
    <w:p w14:paraId="108E7311" w14:textId="1ABD2B6C" w:rsidR="001D5F3C" w:rsidRDefault="003A3AF1">
      <w:pPr>
        <w:spacing w:after="40"/>
        <w:ind w:left="113"/>
      </w:pPr>
      <w:sdt>
        <w:sdtPr>
          <w:id w:val="2008091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D24">
            <w:rPr>
              <w:rFonts w:ascii="MS Gothic" w:eastAsia="MS Gothic" w:hAnsi="MS Gothic" w:hint="eastAsia"/>
            </w:rPr>
            <w:t>☐</w:t>
          </w:r>
        </w:sdtContent>
      </w:sdt>
      <w:r w:rsidR="005721CB">
        <w:t xml:space="preserve">  </w:t>
      </w:r>
      <w:r w:rsidR="00A25EF3">
        <w:t>Ich wollte dir heute etwas erzählen</w:t>
      </w:r>
    </w:p>
    <w:p w14:paraId="43E10BE6" w14:textId="77777777" w:rsidR="001D5F3C" w:rsidRDefault="003A3AF1">
      <w:pPr>
        <w:spacing w:after="40"/>
        <w:ind w:left="113"/>
      </w:pPr>
      <w:sdt>
        <w:sdtPr>
          <w:id w:val="-1635627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Ihr gingt gemeinsam ins Licht</w:t>
      </w:r>
    </w:p>
    <w:p w14:paraId="2B923D4A" w14:textId="77777777" w:rsidR="001D5F3C" w:rsidRDefault="003A3AF1">
      <w:pPr>
        <w:spacing w:after="40"/>
        <w:ind w:left="113"/>
      </w:pPr>
      <w:sdt>
        <w:sdtPr>
          <w:id w:val="346523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Leise Spuren</w:t>
      </w:r>
    </w:p>
    <w:p w14:paraId="24460558" w14:textId="77777777" w:rsidR="001D5F3C" w:rsidRDefault="003A3AF1">
      <w:pPr>
        <w:spacing w:after="40"/>
        <w:ind w:left="113"/>
      </w:pPr>
      <w:sdt>
        <w:sdtPr>
          <w:id w:val="1853062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Leuchtfeuer in der Nacht</w:t>
      </w:r>
    </w:p>
    <w:p w14:paraId="2D47C30F" w14:textId="77777777" w:rsidR="001D5F3C" w:rsidRDefault="003A3AF1">
      <w:pPr>
        <w:spacing w:after="40"/>
        <w:ind w:left="113"/>
      </w:pPr>
      <w:sdt>
        <w:sdtPr>
          <w:id w:val="428781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Macht euch keine Sorgen</w:t>
      </w:r>
    </w:p>
    <w:p w14:paraId="3512D1DE" w14:textId="7C3580BD" w:rsidR="001D5F3C" w:rsidRDefault="003A3AF1">
      <w:pPr>
        <w:spacing w:after="40"/>
        <w:ind w:left="113"/>
      </w:pPr>
      <w:sdt>
        <w:sdtPr>
          <w:id w:val="-704632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D24">
            <w:rPr>
              <w:rFonts w:ascii="MS Gothic" w:eastAsia="MS Gothic" w:hAnsi="MS Gothic" w:hint="eastAsia"/>
            </w:rPr>
            <w:t>☐</w:t>
          </w:r>
        </w:sdtContent>
      </w:sdt>
      <w:r w:rsidR="005721CB">
        <w:t xml:space="preserve">  </w:t>
      </w:r>
      <w:r w:rsidR="00A25EF3">
        <w:t>Mein kleiner Liebling wir konnten dich nicht halten</w:t>
      </w:r>
    </w:p>
    <w:p w14:paraId="2E0A0D10" w14:textId="77777777" w:rsidR="001D5F3C" w:rsidRDefault="003A3AF1">
      <w:pPr>
        <w:spacing w:after="40"/>
        <w:ind w:left="113"/>
      </w:pPr>
      <w:sdt>
        <w:sdtPr>
          <w:id w:val="-1609801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Mein Sohn, du fehlst mir jeden Tag</w:t>
      </w:r>
    </w:p>
    <w:p w14:paraId="52A3E95E" w14:textId="77777777" w:rsidR="001D5F3C" w:rsidRDefault="003A3AF1">
      <w:pPr>
        <w:spacing w:after="40"/>
        <w:ind w:left="113"/>
      </w:pPr>
      <w:sdt>
        <w:sdtPr>
          <w:id w:val="1446275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Meine Tochter, für immer in meinem Herzen</w:t>
      </w:r>
    </w:p>
    <w:p w14:paraId="753C8AB8" w14:textId="77777777" w:rsidR="001D5F3C" w:rsidRDefault="003A3AF1">
      <w:pPr>
        <w:spacing w:after="40"/>
        <w:ind w:left="113"/>
      </w:pPr>
      <w:sdt>
        <w:sdtPr>
          <w:id w:val="2091422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Nur für einen Augenblick</w:t>
      </w:r>
    </w:p>
    <w:p w14:paraId="2EA2B14D" w14:textId="77777777" w:rsidR="001D5F3C" w:rsidRDefault="003A3AF1">
      <w:pPr>
        <w:spacing w:after="40"/>
        <w:ind w:left="113"/>
      </w:pPr>
      <w:sdt>
        <w:sdtPr>
          <w:id w:val="-19394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Sanfter Abschied</w:t>
      </w:r>
    </w:p>
    <w:p w14:paraId="3278A593" w14:textId="77777777" w:rsidR="001D5F3C" w:rsidRDefault="003A3AF1">
      <w:pPr>
        <w:spacing w:after="40"/>
        <w:ind w:left="113"/>
      </w:pPr>
      <w:sdt>
        <w:sdtPr>
          <w:id w:val="1139073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Schmerz der unendlich ist</w:t>
      </w:r>
    </w:p>
    <w:p w14:paraId="5974C0A2" w14:textId="77777777" w:rsidR="001D5F3C" w:rsidRDefault="003A3AF1">
      <w:pPr>
        <w:spacing w:after="40"/>
        <w:ind w:left="113"/>
      </w:pPr>
      <w:sdt>
        <w:sdtPr>
          <w:id w:val="-1453554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Spuren im Wind</w:t>
      </w:r>
    </w:p>
    <w:p w14:paraId="6F0EE496" w14:textId="77777777" w:rsidR="001D5F3C" w:rsidRDefault="003A3AF1">
      <w:pPr>
        <w:spacing w:after="40"/>
        <w:ind w:left="113"/>
      </w:pPr>
      <w:sdt>
        <w:sdtPr>
          <w:id w:val="161669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Tiefe Trauer und viele Tränen</w:t>
      </w:r>
    </w:p>
    <w:p w14:paraId="29643140" w14:textId="22CF8396" w:rsidR="001D5F3C" w:rsidRDefault="003A3AF1">
      <w:pPr>
        <w:spacing w:after="40"/>
        <w:ind w:left="113"/>
      </w:pPr>
      <w:sdt>
        <w:sdtPr>
          <w:id w:val="-571356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D24">
            <w:rPr>
              <w:rFonts w:ascii="MS Gothic" w:eastAsia="MS Gothic" w:hAnsi="MS Gothic" w:hint="eastAsia"/>
            </w:rPr>
            <w:t>☐</w:t>
          </w:r>
        </w:sdtContent>
      </w:sdt>
      <w:r w:rsidR="005721CB">
        <w:t xml:space="preserve">  </w:t>
      </w:r>
      <w:r w:rsidR="00A25EF3">
        <w:t>Viel zu früh aus unserer Mitte</w:t>
      </w:r>
    </w:p>
    <w:p w14:paraId="03C22751" w14:textId="77777777" w:rsidR="001D5F3C" w:rsidRDefault="003A3AF1">
      <w:pPr>
        <w:spacing w:after="40"/>
        <w:ind w:left="113"/>
      </w:pPr>
      <w:sdt>
        <w:sdtPr>
          <w:id w:val="1696040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Vielleicht warst du es</w:t>
      </w:r>
    </w:p>
    <w:p w14:paraId="4A6AF158" w14:textId="77777777" w:rsidR="001D5F3C" w:rsidRDefault="003A3AF1">
      <w:pPr>
        <w:spacing w:after="40"/>
        <w:ind w:left="113"/>
      </w:pPr>
      <w:sdt>
        <w:sdtPr>
          <w:id w:val="-543518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Was bleibt wenn du gehst</w:t>
      </w:r>
    </w:p>
    <w:p w14:paraId="03B9892D" w14:textId="77777777" w:rsidR="001D5F3C" w:rsidRDefault="003A3AF1">
      <w:pPr>
        <w:spacing w:after="40"/>
        <w:ind w:left="113"/>
      </w:pPr>
      <w:sdt>
        <w:sdtPr>
          <w:id w:val="1147485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Was du uns hinterlassen hast</w:t>
      </w:r>
    </w:p>
    <w:p w14:paraId="7FD02C68" w14:textId="779F34FE" w:rsidR="001D5F3C" w:rsidRDefault="003A3AF1">
      <w:pPr>
        <w:spacing w:after="40"/>
        <w:ind w:left="113"/>
      </w:pPr>
      <w:sdt>
        <w:sdtPr>
          <w:id w:val="-1332520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D24">
            <w:rPr>
              <w:rFonts w:ascii="MS Gothic" w:eastAsia="MS Gothic" w:hAnsi="MS Gothic" w:hint="eastAsia"/>
            </w:rPr>
            <w:t>☐</w:t>
          </w:r>
        </w:sdtContent>
      </w:sdt>
      <w:r w:rsidR="005721CB">
        <w:t xml:space="preserve">  </w:t>
      </w:r>
      <w:r w:rsidR="00A25EF3">
        <w:t>Was von dir bleibt ist Liebe</w:t>
      </w:r>
    </w:p>
    <w:p w14:paraId="7044804C" w14:textId="77777777" w:rsidR="001D5F3C" w:rsidRDefault="003A3AF1">
      <w:pPr>
        <w:spacing w:after="40"/>
        <w:ind w:left="113"/>
      </w:pPr>
      <w:sdt>
        <w:sdtPr>
          <w:id w:val="2117398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der Himmel leise ruft</w:t>
      </w:r>
    </w:p>
    <w:p w14:paraId="0EFAE0D1" w14:textId="77777777" w:rsidR="001D5F3C" w:rsidRDefault="003A3AF1">
      <w:pPr>
        <w:spacing w:after="40"/>
        <w:ind w:left="113"/>
      </w:pPr>
      <w:sdt>
        <w:sdtPr>
          <w:id w:val="1995213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der Wind deinen Namen trägt</w:t>
      </w:r>
    </w:p>
    <w:p w14:paraId="498F797B" w14:textId="77777777" w:rsidR="001D5F3C" w:rsidRDefault="003A3AF1">
      <w:pPr>
        <w:spacing w:after="40"/>
        <w:ind w:left="113"/>
      </w:pPr>
      <w:sdt>
        <w:sdtPr>
          <w:id w:val="-610121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die Blumen wieder blühen</w:t>
      </w:r>
    </w:p>
    <w:p w14:paraId="20344F6F" w14:textId="77777777" w:rsidR="001D5F3C" w:rsidRDefault="003A3AF1">
      <w:pPr>
        <w:spacing w:after="40"/>
        <w:ind w:left="113"/>
      </w:pPr>
      <w:sdt>
        <w:sdtPr>
          <w:id w:val="-788585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die Engel deinen Namen rufen</w:t>
      </w:r>
    </w:p>
    <w:p w14:paraId="11D81072" w14:textId="77777777" w:rsidR="001D5F3C" w:rsidRDefault="003A3AF1">
      <w:pPr>
        <w:spacing w:after="40"/>
        <w:ind w:left="113"/>
      </w:pPr>
      <w:sdt>
        <w:sdtPr>
          <w:id w:val="-1299914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die Engel deinen Namen rufen (neue Version)</w:t>
      </w:r>
    </w:p>
    <w:p w14:paraId="28FBA4F4" w14:textId="77777777" w:rsidR="001D5F3C" w:rsidRDefault="003A3AF1">
      <w:pPr>
        <w:spacing w:after="40"/>
        <w:ind w:left="113"/>
      </w:pPr>
      <w:sdt>
        <w:sdtPr>
          <w:id w:val="155738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du nicht mehr bei mir bist</w:t>
      </w:r>
    </w:p>
    <w:p w14:paraId="58F3FFAD" w14:textId="77777777" w:rsidR="001D5F3C" w:rsidRDefault="003A3AF1">
      <w:pPr>
        <w:spacing w:after="40"/>
        <w:ind w:left="113"/>
      </w:pPr>
      <w:sdt>
        <w:sdtPr>
          <w:id w:val="-786346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ihr an mich denkt</w:t>
      </w:r>
    </w:p>
    <w:p w14:paraId="23A4844A" w14:textId="77777777" w:rsidR="001D5F3C" w:rsidRDefault="003A3AF1">
      <w:pPr>
        <w:spacing w:after="40"/>
        <w:ind w:left="113"/>
      </w:pPr>
      <w:sdt>
        <w:sdtPr>
          <w:id w:val="1015193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Liebe nicht genügt</w:t>
      </w:r>
    </w:p>
    <w:p w14:paraId="7973C8B2" w14:textId="77777777" w:rsidR="001D5F3C" w:rsidRDefault="003A3AF1">
      <w:pPr>
        <w:spacing w:after="40"/>
        <w:ind w:left="113"/>
      </w:pPr>
      <w:sdt>
        <w:sdtPr>
          <w:id w:val="-155969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Träume Brücken bauen</w:t>
      </w:r>
    </w:p>
    <w:p w14:paraId="69E74F3F" w14:textId="77777777" w:rsidR="001D5F3C" w:rsidRDefault="003A3AF1">
      <w:pPr>
        <w:spacing w:after="40"/>
        <w:ind w:left="113"/>
      </w:pPr>
      <w:sdt>
        <w:sdtPr>
          <w:id w:val="-78527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Wie soll ich ohne dich sein</w:t>
      </w:r>
    </w:p>
    <w:p w14:paraId="69D80404" w14:textId="5102AE6A" w:rsidR="001D5F3C" w:rsidRDefault="003A3AF1">
      <w:pPr>
        <w:spacing w:after="40"/>
        <w:ind w:left="113"/>
      </w:pPr>
      <w:sdt>
        <w:sdtPr>
          <w:id w:val="-53391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D24">
            <w:rPr>
              <w:rFonts w:ascii="MS Gothic" w:eastAsia="MS Gothic" w:hAnsi="MS Gothic" w:hint="eastAsia"/>
            </w:rPr>
            <w:t>☐</w:t>
          </w:r>
        </w:sdtContent>
      </w:sdt>
      <w:r w:rsidR="005721CB">
        <w:t xml:space="preserve">  </w:t>
      </w:r>
      <w:r w:rsidR="00A25EF3">
        <w:t>Wir geleiten dich zu den Engeln</w:t>
      </w:r>
    </w:p>
    <w:p w14:paraId="1F1F0F62" w14:textId="77777777" w:rsidR="001D5F3C" w:rsidRDefault="003A3AF1">
      <w:pPr>
        <w:spacing w:after="40"/>
        <w:ind w:left="113"/>
      </w:pPr>
      <w:sdt>
        <w:sdtPr>
          <w:id w:val="-837381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Wir lassen dich nicht alleine gehen</w:t>
      </w:r>
    </w:p>
    <w:p w14:paraId="059DD4BC" w14:textId="77777777" w:rsidR="001D5F3C" w:rsidRDefault="003A3AF1">
      <w:pPr>
        <w:spacing w:after="40"/>
        <w:ind w:left="113"/>
      </w:pPr>
      <w:sdt>
        <w:sdtPr>
          <w:id w:val="-1383166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Wir nehmen Abschied in Dankbarkeit</w:t>
      </w:r>
    </w:p>
    <w:p w14:paraId="12F6D145" w14:textId="77777777" w:rsidR="001D5F3C" w:rsidRDefault="003A3AF1">
      <w:pPr>
        <w:spacing w:after="40"/>
        <w:ind w:left="113"/>
      </w:pPr>
      <w:sdt>
        <w:sdtPr>
          <w:id w:val="-59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Wir schicken dich auf große Reise</w:t>
      </w:r>
    </w:p>
    <w:p w14:paraId="21C6F48C" w14:textId="23A3883C" w:rsidR="001D5F3C" w:rsidRDefault="003A3AF1">
      <w:pPr>
        <w:spacing w:after="40"/>
        <w:ind w:left="113"/>
      </w:pPr>
      <w:sdt>
        <w:sdtPr>
          <w:id w:val="-85866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D24">
            <w:rPr>
              <w:rFonts w:ascii="MS Gothic" w:eastAsia="MS Gothic" w:hAnsi="MS Gothic" w:hint="eastAsia"/>
            </w:rPr>
            <w:t>☐</w:t>
          </w:r>
        </w:sdtContent>
      </w:sdt>
      <w:r w:rsidR="005721CB">
        <w:t xml:space="preserve">  </w:t>
      </w:r>
      <w:r w:rsidR="00A25EF3">
        <w:t>Wir stehen hier an deinem Grab</w:t>
      </w:r>
    </w:p>
    <w:p w14:paraId="68A06657" w14:textId="5ABB90B4" w:rsidR="001D5F3C" w:rsidRDefault="003A3AF1">
      <w:pPr>
        <w:spacing w:after="40"/>
        <w:ind w:left="113"/>
      </w:pPr>
      <w:sdt>
        <w:sdtPr>
          <w:id w:val="1692332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D24">
            <w:rPr>
              <w:rFonts w:ascii="MS Gothic" w:eastAsia="MS Gothic" w:hAnsi="MS Gothic" w:hint="eastAsia"/>
            </w:rPr>
            <w:t>☐</w:t>
          </w:r>
        </w:sdtContent>
      </w:sdt>
      <w:r w:rsidR="005721CB">
        <w:t xml:space="preserve">  </w:t>
      </w:r>
      <w:r w:rsidR="00A25EF3">
        <w:t>Wir werden uns wiedersehn</w:t>
      </w:r>
    </w:p>
    <w:p w14:paraId="6C82FC62" w14:textId="77777777" w:rsidR="001D5F3C" w:rsidRDefault="003A3AF1">
      <w:pPr>
        <w:spacing w:after="40"/>
        <w:ind w:left="113"/>
      </w:pPr>
      <w:sdt>
        <w:sdtPr>
          <w:id w:val="490064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Wir werden uns wiedersehn (neue Version)</w:t>
      </w:r>
    </w:p>
    <w:p w14:paraId="78192134" w14:textId="77777777" w:rsidR="001D5F3C" w:rsidRDefault="003A3AF1">
      <w:pPr>
        <w:spacing w:after="40"/>
        <w:ind w:left="113"/>
      </w:pPr>
      <w:sdt>
        <w:sdtPr>
          <w:id w:val="293403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Wo der Fluss das Meer berührt</w:t>
      </w:r>
    </w:p>
    <w:p w14:paraId="771BAD6A" w14:textId="2FE18043" w:rsidR="001D5F3C" w:rsidRDefault="003A3AF1">
      <w:pPr>
        <w:spacing w:after="40"/>
        <w:ind w:left="113"/>
        <w:rPr>
          <w:sz w:val="21"/>
        </w:rPr>
      </w:pPr>
      <w:sdt>
        <w:sdtPr>
          <w:id w:val="-242644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Wo ich jetzt bin</w:t>
      </w:r>
    </w:p>
    <w:p w14:paraId="790263CD" w14:textId="4C615734" w:rsidR="00C00A0E" w:rsidRDefault="003A3AF1">
      <w:pPr>
        <w:spacing w:after="40"/>
        <w:ind w:left="113"/>
      </w:pPr>
      <w:sdt>
        <w:sdtPr>
          <w:id w:val="2133510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0A0E">
            <w:t>☐</w:t>
          </w:r>
        </w:sdtContent>
      </w:sdt>
      <w:r w:rsidR="005721CB">
        <w:t xml:space="preserve">  </w:t>
      </w:r>
      <w:r w:rsidR="00C00A0E">
        <w:t>Wie soll es weitergehen ohne dich</w:t>
      </w:r>
    </w:p>
    <w:bookmarkStart w:id="0" w:name="_Hlk240215291"/>
    <w:bookmarkEnd w:id="0"/>
    <w:p w14:paraId="4D5B4580" w14:textId="017BDADE" w:rsidR="00BE3E42" w:rsidRDefault="003A3AF1">
      <w:pPr>
        <w:spacing w:after="40"/>
        <w:ind w:left="113"/>
      </w:pPr>
      <w:sdt>
        <w:sdtPr>
          <w:id w:val="48125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3E42">
            <w:t>☐</w:t>
          </w:r>
        </w:sdtContent>
      </w:sdt>
      <w:r w:rsidR="005721CB">
        <w:t xml:space="preserve">  </w:t>
      </w:r>
      <w:r w:rsidR="00BE3E42">
        <w:t>Wenn die Glocken leise schweigen</w:t>
      </w:r>
    </w:p>
    <w:p w14:paraId="0788282E" w14:textId="1130B4B2" w:rsidR="006F52B4" w:rsidRDefault="003A3AF1">
      <w:pPr>
        <w:spacing w:after="40"/>
        <w:ind w:left="113"/>
      </w:pPr>
      <w:sdt>
        <w:sdtPr>
          <w:id w:val="-1854400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52B4">
            <w:t>☐</w:t>
          </w:r>
        </w:sdtContent>
      </w:sdt>
      <w:r w:rsidR="005721CB">
        <w:t xml:space="preserve">  </w:t>
      </w:r>
      <w:r w:rsidR="006F52B4">
        <w:t>Licht meines Lebens – Ein Lied für meine Mutter die gegangen ist</w:t>
      </w:r>
    </w:p>
    <w:p w14:paraId="1490D78D" w14:textId="71A4300A" w:rsidR="004F501F" w:rsidRDefault="003A3AF1">
      <w:pPr>
        <w:spacing w:after="40"/>
        <w:ind w:left="113"/>
      </w:pPr>
      <w:sdt>
        <w:sdtPr>
          <w:id w:val="-1847387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01F">
            <w:t>☐</w:t>
          </w:r>
        </w:sdtContent>
      </w:sdt>
      <w:r w:rsidR="005721CB">
        <w:t xml:space="preserve">  </w:t>
      </w:r>
      <w:r w:rsidR="004F501F">
        <w:t>Du gehst nicht allein</w:t>
      </w:r>
    </w:p>
    <w:p w14:paraId="6B5C8AF8" w14:textId="5C36EEBA" w:rsidR="004F501F" w:rsidRDefault="003A3AF1">
      <w:pPr>
        <w:spacing w:after="40"/>
        <w:ind w:left="113"/>
      </w:pPr>
      <w:sdt>
        <w:sdtPr>
          <w:id w:val="1510407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01F">
            <w:t>☐</w:t>
          </w:r>
        </w:sdtContent>
      </w:sdt>
      <w:r w:rsidR="005721CB">
        <w:t xml:space="preserve">  </w:t>
      </w:r>
      <w:r w:rsidR="004F501F">
        <w:t>Ein Platz bleibt leer</w:t>
      </w:r>
    </w:p>
    <w:p w14:paraId="3BB8B3F1" w14:textId="24E3D46A" w:rsidR="004F501F" w:rsidRDefault="003A3AF1">
      <w:pPr>
        <w:spacing w:after="40"/>
        <w:ind w:left="113"/>
      </w:pPr>
      <w:sdt>
        <w:sdtPr>
          <w:id w:val="1856312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01F">
            <w:t>☐</w:t>
          </w:r>
        </w:sdtContent>
      </w:sdt>
      <w:r w:rsidR="005721CB">
        <w:t xml:space="preserve">  </w:t>
      </w:r>
      <w:r w:rsidR="004F501F">
        <w:t>Seit du nicht mehr hier bist</w:t>
      </w:r>
    </w:p>
    <w:p w14:paraId="5358BDA6" w14:textId="1F6443EB" w:rsidR="00762980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751938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980">
            <w:t>☐</w:t>
          </w:r>
        </w:sdtContent>
      </w:sdt>
      <w:r w:rsidR="005721CB">
        <w:t xml:space="preserve">  </w:t>
      </w:r>
      <w:r w:rsidR="00762980">
        <w:t>Mein treuer Freund</w:t>
      </w:r>
    </w:p>
    <w:p w14:paraId="3F038A3A" w14:textId="05DA9C81" w:rsidR="00672153" w:rsidRDefault="003A3AF1" w:rsidP="00672153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2094580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980">
            <w:t>☐</w:t>
          </w:r>
        </w:sdtContent>
      </w:sdt>
      <w:r w:rsidR="005721CB">
        <w:t xml:space="preserve">  </w:t>
      </w:r>
      <w:r w:rsidR="00762980">
        <w:t>Wir sagen leise Lebewohl</w:t>
      </w:r>
    </w:p>
    <w:p w14:paraId="294286FD" w14:textId="0560725C" w:rsidR="00762980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-2083212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980">
            <w:t>☐</w:t>
          </w:r>
        </w:sdtContent>
      </w:sdt>
      <w:r w:rsidR="005721CB">
        <w:t xml:space="preserve">  </w:t>
      </w:r>
      <w:r w:rsidR="00762980">
        <w:t>Dein Platz bleibt bei mir</w:t>
      </w:r>
    </w:p>
    <w:p w14:paraId="4DAB6C17" w14:textId="2EB2B4A4" w:rsidR="00762980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413360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980">
            <w:t>☐</w:t>
          </w:r>
        </w:sdtContent>
      </w:sdt>
      <w:r w:rsidR="005721CB">
        <w:t xml:space="preserve">  </w:t>
      </w:r>
      <w:r w:rsidR="00762980">
        <w:t>Am Ende der Stille</w:t>
      </w:r>
    </w:p>
    <w:p w14:paraId="18C8BEC3" w14:textId="03DAA61A" w:rsidR="00672153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325252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153">
            <w:t>☐</w:t>
          </w:r>
        </w:sdtContent>
      </w:sdt>
      <w:r w:rsidR="005721CB">
        <w:t xml:space="preserve">  </w:t>
      </w:r>
      <w:r w:rsidR="00672153">
        <w:t>Ein Licht bleibt zurück</w:t>
      </w:r>
    </w:p>
    <w:p w14:paraId="7622E51F" w14:textId="5BF086D8" w:rsidR="00672153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1171444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153">
            <w:t>☐</w:t>
          </w:r>
        </w:sdtContent>
      </w:sdt>
      <w:r w:rsidR="005721CB">
        <w:t xml:space="preserve">  </w:t>
      </w:r>
      <w:r w:rsidR="00672153">
        <w:t>Stille bis in die Ewigkeit (Instrumental)</w:t>
      </w:r>
    </w:p>
    <w:p w14:paraId="357203D5" w14:textId="553D8618" w:rsidR="00F8275B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-739483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75B">
            <w:t>☐</w:t>
          </w:r>
        </w:sdtContent>
      </w:sdt>
      <w:r w:rsidR="005721CB">
        <w:t xml:space="preserve">  </w:t>
      </w:r>
      <w:r w:rsidR="00F8275B">
        <w:t>Wir wussten, dass du gehen musst</w:t>
      </w:r>
    </w:p>
    <w:p w14:paraId="344E280D" w14:textId="578D271A" w:rsidR="005E128D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-155345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1BC">
            <w:t>☐</w:t>
          </w:r>
        </w:sdtContent>
      </w:sdt>
      <w:r w:rsidR="005721CB">
        <w:t xml:space="preserve">  </w:t>
      </w:r>
      <w:r w:rsidR="006A61BC">
        <w:t>Du bist unersetzlich, Mama</w:t>
      </w:r>
    </w:p>
    <w:p w14:paraId="5D21F8BE" w14:textId="07BB6863" w:rsidR="006A61BC" w:rsidRDefault="003A3AF1">
      <w:pPr>
        <w:spacing w:after="40"/>
        <w:ind w:left="113"/>
      </w:pPr>
      <w:sdt>
        <w:sdtPr>
          <w:id w:val="15196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D24">
            <w:rPr>
              <w:rFonts w:ascii="MS Gothic" w:eastAsia="MS Gothic" w:hAnsi="MS Gothic" w:hint="eastAsia"/>
            </w:rPr>
            <w:t>☐</w:t>
          </w:r>
        </w:sdtContent>
      </w:sdt>
      <w:r w:rsidR="005721CB">
        <w:t xml:space="preserve">  </w:t>
      </w:r>
      <w:r w:rsidR="006A61BC">
        <w:t>Du bleibst, auch wenn du gehst</w:t>
      </w:r>
    </w:p>
    <w:p w14:paraId="3383410A" w14:textId="50484353" w:rsidR="009B5D20" w:rsidRDefault="003A3AF1" w:rsidP="009B5D20">
      <w:pPr>
        <w:tabs>
          <w:tab w:val="left" w:pos="1230"/>
        </w:tabs>
        <w:spacing w:after="40"/>
        <w:ind w:left="113"/>
      </w:pPr>
      <w:sdt>
        <w:sdtPr>
          <w:id w:val="-1226604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5D20">
            <w:rPr>
              <w:rFonts w:ascii="MS Gothic" w:eastAsia="MS Gothic" w:hAnsi="MS Gothic" w:hint="eastAsia"/>
            </w:rPr>
            <w:t>☐</w:t>
          </w:r>
        </w:sdtContent>
      </w:sdt>
      <w:r w:rsidR="009B5D20">
        <w:t xml:space="preserve">  Du fehlst, doch deine Liebe bleibt</w:t>
      </w:r>
    </w:p>
    <w:p w14:paraId="7B0C2C7A" w14:textId="0BB44EAA" w:rsidR="009B5D20" w:rsidRDefault="003A3AF1" w:rsidP="00301083">
      <w:pPr>
        <w:tabs>
          <w:tab w:val="left" w:pos="2730"/>
        </w:tabs>
        <w:spacing w:after="40"/>
        <w:ind w:left="113"/>
      </w:pPr>
      <w:sdt>
        <w:sdtPr>
          <w:id w:val="-1519077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5D20">
            <w:rPr>
              <w:rFonts w:ascii="MS Gothic" w:eastAsia="MS Gothic" w:hAnsi="MS Gothic" w:hint="eastAsia"/>
            </w:rPr>
            <w:t>☐</w:t>
          </w:r>
        </w:sdtContent>
      </w:sdt>
      <w:r w:rsidR="00301083">
        <w:t xml:space="preserve">  Wenn der Abschied leiser wird</w:t>
      </w:r>
    </w:p>
    <w:p w14:paraId="1ED3ABA0" w14:textId="23AA9E12" w:rsidR="009B5D20" w:rsidRDefault="003A3AF1" w:rsidP="00B016E6">
      <w:pPr>
        <w:tabs>
          <w:tab w:val="left" w:pos="2730"/>
        </w:tabs>
        <w:spacing w:after="40"/>
        <w:ind w:left="113"/>
      </w:pPr>
      <w:sdt>
        <w:sdtPr>
          <w:id w:val="-426040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5D20">
            <w:rPr>
              <w:rFonts w:ascii="MS Gothic" w:eastAsia="MS Gothic" w:hAnsi="MS Gothic" w:hint="eastAsia"/>
            </w:rPr>
            <w:t>☐</w:t>
          </w:r>
        </w:sdtContent>
      </w:sdt>
      <w:r w:rsidR="00B016E6">
        <w:t xml:space="preserve">  Wir sagen Lebewohl</w:t>
      </w:r>
    </w:p>
    <w:p w14:paraId="39790072" w14:textId="4DF7A28D" w:rsidR="009B5D20" w:rsidRDefault="003A3AF1" w:rsidP="00173B87">
      <w:pPr>
        <w:tabs>
          <w:tab w:val="left" w:pos="1785"/>
        </w:tabs>
        <w:spacing w:after="40"/>
        <w:ind w:left="113"/>
      </w:pPr>
      <w:sdt>
        <w:sdtPr>
          <w:id w:val="589739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380">
            <w:rPr>
              <w:rFonts w:ascii="MS Gothic" w:eastAsia="MS Gothic" w:hAnsi="MS Gothic" w:hint="eastAsia"/>
            </w:rPr>
            <w:t>☐</w:t>
          </w:r>
        </w:sdtContent>
      </w:sdt>
      <w:r w:rsidR="00173B87">
        <w:t xml:space="preserve">  Wir hoffen, dass die Engel bei dir sind</w:t>
      </w:r>
    </w:p>
    <w:p w14:paraId="588F4F33" w14:textId="2E37C1F1" w:rsidR="005D3380" w:rsidRDefault="003A3AF1" w:rsidP="00173B87">
      <w:pPr>
        <w:tabs>
          <w:tab w:val="left" w:pos="1785"/>
        </w:tabs>
        <w:spacing w:after="40"/>
        <w:ind w:left="113"/>
      </w:pPr>
      <w:sdt>
        <w:sdtPr>
          <w:id w:val="-584995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380">
            <w:rPr>
              <w:rFonts w:ascii="MS Gothic" w:eastAsia="MS Gothic" w:hAnsi="MS Gothic" w:hint="eastAsia"/>
            </w:rPr>
            <w:t>☐</w:t>
          </w:r>
        </w:sdtContent>
      </w:sdt>
      <w:r w:rsidR="005D3380">
        <w:t xml:space="preserve">  Was ich von dir gelernt habe</w:t>
      </w:r>
    </w:p>
    <w:p w14:paraId="4A128F09" w14:textId="45960918" w:rsidR="005D3380" w:rsidRDefault="003A3AF1" w:rsidP="00173B87">
      <w:pPr>
        <w:tabs>
          <w:tab w:val="left" w:pos="1785"/>
        </w:tabs>
        <w:spacing w:after="40"/>
        <w:ind w:left="113"/>
      </w:pPr>
      <w:sdt>
        <w:sdtPr>
          <w:id w:val="-1978979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705">
            <w:rPr>
              <w:rFonts w:ascii="MS Gothic" w:eastAsia="MS Gothic" w:hAnsi="MS Gothic" w:hint="eastAsia"/>
            </w:rPr>
            <w:t>☐</w:t>
          </w:r>
        </w:sdtContent>
      </w:sdt>
      <w:r w:rsidR="005D3380">
        <w:t xml:space="preserve">  Die Welt macht einfach weiter</w:t>
      </w:r>
    </w:p>
    <w:p w14:paraId="27E7A786" w14:textId="7AC2F188" w:rsidR="00E42705" w:rsidRDefault="003A3AF1" w:rsidP="00E42705">
      <w:pPr>
        <w:tabs>
          <w:tab w:val="left" w:pos="2310"/>
        </w:tabs>
        <w:spacing w:after="40"/>
        <w:ind w:left="113"/>
      </w:pPr>
      <w:sdt>
        <w:sdtPr>
          <w:id w:val="-380399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705">
            <w:rPr>
              <w:rFonts w:ascii="MS Gothic" w:eastAsia="MS Gothic" w:hAnsi="MS Gothic" w:hint="eastAsia"/>
            </w:rPr>
            <w:t>☐</w:t>
          </w:r>
        </w:sdtContent>
      </w:sdt>
      <w:r w:rsidR="00E42705">
        <w:t xml:space="preserve">  Wir geben dich frei für die Engel</w:t>
      </w:r>
    </w:p>
    <w:p w14:paraId="23B8F97A" w14:textId="67D0E7CB" w:rsidR="00F023FB" w:rsidRDefault="003A3AF1" w:rsidP="00E42705">
      <w:pPr>
        <w:tabs>
          <w:tab w:val="left" w:pos="2310"/>
        </w:tabs>
        <w:spacing w:after="40"/>
        <w:ind w:left="113"/>
      </w:pPr>
      <w:sdt>
        <w:sdtPr>
          <w:id w:val="-1823041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7281">
            <w:rPr>
              <w:rFonts w:ascii="MS Gothic" w:eastAsia="MS Gothic" w:hAnsi="MS Gothic" w:hint="eastAsia"/>
            </w:rPr>
            <w:t>☐</w:t>
          </w:r>
        </w:sdtContent>
      </w:sdt>
      <w:r w:rsidR="00F023FB">
        <w:t xml:space="preserve">  Die Traurigkeit ist immer noch da</w:t>
      </w:r>
    </w:p>
    <w:p w14:paraId="6307B460" w14:textId="049BED93" w:rsidR="00E87281" w:rsidRDefault="003A3AF1" w:rsidP="00E42705">
      <w:pPr>
        <w:tabs>
          <w:tab w:val="left" w:pos="2310"/>
        </w:tabs>
        <w:spacing w:after="40"/>
        <w:ind w:left="113"/>
      </w:pPr>
      <w:sdt>
        <w:sdtPr>
          <w:id w:val="166320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B5">
            <w:rPr>
              <w:rFonts w:ascii="MS Gothic" w:eastAsia="MS Gothic" w:hAnsi="MS Gothic" w:hint="eastAsia"/>
            </w:rPr>
            <w:t>☐</w:t>
          </w:r>
        </w:sdtContent>
      </w:sdt>
      <w:r w:rsidR="00E87281">
        <w:t xml:space="preserve">  Du bist nicht allein</w:t>
      </w:r>
    </w:p>
    <w:p w14:paraId="15C92F19" w14:textId="6CF5DF31" w:rsidR="005A09B5" w:rsidRDefault="003A3AF1" w:rsidP="00E42705">
      <w:pPr>
        <w:tabs>
          <w:tab w:val="left" w:pos="2310"/>
        </w:tabs>
        <w:spacing w:after="40"/>
        <w:ind w:left="113"/>
      </w:pPr>
      <w:sdt>
        <w:sdtPr>
          <w:id w:val="45339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B5">
            <w:rPr>
              <w:rFonts w:ascii="MS Gothic" w:eastAsia="MS Gothic" w:hAnsi="MS Gothic" w:hint="eastAsia"/>
            </w:rPr>
            <w:t>☐</w:t>
          </w:r>
        </w:sdtContent>
      </w:sdt>
      <w:r w:rsidR="005A09B5">
        <w:t xml:space="preserve">  Für einen Augenblick bist du bei mir</w:t>
      </w:r>
    </w:p>
    <w:bookmarkStart w:id="1" w:name="_Hlk243135229"/>
    <w:p w14:paraId="2F803CE2" w14:textId="775CEF20" w:rsidR="005A09B5" w:rsidRDefault="003A3AF1" w:rsidP="00E42705">
      <w:pPr>
        <w:tabs>
          <w:tab w:val="left" w:pos="2310"/>
        </w:tabs>
        <w:spacing w:after="40"/>
        <w:ind w:left="113"/>
      </w:pPr>
      <w:sdt>
        <w:sdtPr>
          <w:id w:val="1803802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3276">
            <w:rPr>
              <w:rFonts w:ascii="MS Gothic" w:eastAsia="MS Gothic" w:hAnsi="MS Gothic" w:hint="eastAsia"/>
            </w:rPr>
            <w:t>☐</w:t>
          </w:r>
        </w:sdtContent>
      </w:sdt>
      <w:bookmarkEnd w:id="1"/>
      <w:r w:rsidR="005A09B5">
        <w:t xml:space="preserve">  Wie das Leben weiterging</w:t>
      </w:r>
    </w:p>
    <w:p w14:paraId="2290EA07" w14:textId="6BD1759F" w:rsidR="00BB3276" w:rsidRDefault="003A3AF1" w:rsidP="00BB3276">
      <w:pPr>
        <w:tabs>
          <w:tab w:val="left" w:pos="2310"/>
        </w:tabs>
        <w:spacing w:after="40"/>
        <w:ind w:left="113"/>
      </w:pPr>
      <w:sdt>
        <w:sdtPr>
          <w:id w:val="-1050223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3276">
            <w:rPr>
              <w:rFonts w:ascii="MS Gothic" w:eastAsia="MS Gothic" w:hAnsi="MS Gothic" w:hint="eastAsia"/>
            </w:rPr>
            <w:t>☐</w:t>
          </w:r>
        </w:sdtContent>
      </w:sdt>
      <w:r w:rsidR="00BB3276">
        <w:t xml:space="preserve">  Schlaf in Frieden, mein Herz</w:t>
      </w:r>
    </w:p>
    <w:p w14:paraId="5D9A3365" w14:textId="10B86732" w:rsidR="00A26B70" w:rsidRDefault="003A3AF1" w:rsidP="00BB3276">
      <w:pPr>
        <w:tabs>
          <w:tab w:val="left" w:pos="2310"/>
        </w:tabs>
        <w:spacing w:after="40"/>
        <w:ind w:left="113"/>
      </w:pPr>
      <w:sdt>
        <w:sdtPr>
          <w:id w:val="-351570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E86">
            <w:rPr>
              <w:rFonts w:ascii="MS Gothic" w:eastAsia="MS Gothic" w:hAnsi="MS Gothic" w:hint="eastAsia"/>
            </w:rPr>
            <w:t>☐</w:t>
          </w:r>
        </w:sdtContent>
      </w:sdt>
      <w:r w:rsidR="00A26B70">
        <w:t xml:space="preserve">  Wenn alle gegangen sind</w:t>
      </w:r>
    </w:p>
    <w:p w14:paraId="0EF6D35E" w14:textId="79FB19D5" w:rsidR="00194E86" w:rsidRDefault="003A3AF1" w:rsidP="00BB3276">
      <w:pPr>
        <w:tabs>
          <w:tab w:val="left" w:pos="2310"/>
        </w:tabs>
        <w:spacing w:after="40"/>
        <w:ind w:left="113"/>
      </w:pPr>
      <w:sdt>
        <w:sdtPr>
          <w:id w:val="1425616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E86">
            <w:rPr>
              <w:rFonts w:ascii="MS Gothic" w:eastAsia="MS Gothic" w:hAnsi="MS Gothic" w:hint="eastAsia"/>
            </w:rPr>
            <w:t>☐</w:t>
          </w:r>
        </w:sdtContent>
      </w:sdt>
      <w:r w:rsidR="00194E86">
        <w:t xml:space="preserve">  Wenn du mich nicht mehr sehen kannst</w:t>
      </w:r>
    </w:p>
    <w:p w14:paraId="757DDB2F" w14:textId="2B2185F9" w:rsidR="00A26B70" w:rsidRDefault="003A3AF1" w:rsidP="00BB3276">
      <w:pPr>
        <w:tabs>
          <w:tab w:val="left" w:pos="2310"/>
        </w:tabs>
        <w:spacing w:after="40"/>
        <w:ind w:left="113"/>
      </w:pPr>
      <w:sdt>
        <w:sdtPr>
          <w:id w:val="164769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710">
            <w:rPr>
              <w:rFonts w:ascii="MS Gothic" w:eastAsia="MS Gothic" w:hAnsi="MS Gothic" w:hint="eastAsia"/>
            </w:rPr>
            <w:t>☐</w:t>
          </w:r>
        </w:sdtContent>
      </w:sdt>
      <w:r w:rsidR="00194E86">
        <w:t xml:space="preserve">   </w:t>
      </w:r>
      <w:r w:rsidR="00D2067E">
        <w:t>Ich bin euch näher als ihr glaubt</w:t>
      </w:r>
    </w:p>
    <w:p w14:paraId="66DA1DC7" w14:textId="20BC05A0" w:rsidR="00C84710" w:rsidRDefault="003A3AF1" w:rsidP="00BB3276">
      <w:pPr>
        <w:tabs>
          <w:tab w:val="left" w:pos="2310"/>
        </w:tabs>
        <w:spacing w:after="40"/>
        <w:ind w:left="113"/>
      </w:pPr>
      <w:sdt>
        <w:sdtPr>
          <w:id w:val="-916170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710">
            <w:rPr>
              <w:rFonts w:ascii="MS Gothic" w:eastAsia="MS Gothic" w:hAnsi="MS Gothic" w:hint="eastAsia"/>
            </w:rPr>
            <w:t>☐</w:t>
          </w:r>
        </w:sdtContent>
      </w:sdt>
      <w:r w:rsidR="00C84710">
        <w:t xml:space="preserve">   Sag Leb wohl</w:t>
      </w:r>
    </w:p>
    <w:p w14:paraId="68308737" w14:textId="11DDA2A9" w:rsidR="00C84710" w:rsidRDefault="003A3AF1" w:rsidP="00BB3276">
      <w:pPr>
        <w:tabs>
          <w:tab w:val="left" w:pos="2310"/>
        </w:tabs>
        <w:spacing w:after="40"/>
        <w:ind w:left="113"/>
      </w:pPr>
      <w:sdt>
        <w:sdtPr>
          <w:id w:val="731426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710">
            <w:rPr>
              <w:rFonts w:ascii="MS Gothic" w:eastAsia="MS Gothic" w:hAnsi="MS Gothic" w:hint="eastAsia"/>
            </w:rPr>
            <w:t>☐</w:t>
          </w:r>
        </w:sdtContent>
      </w:sdt>
      <w:r w:rsidR="00C84710">
        <w:t xml:space="preserve">  Du kannst das alles nicht mehr sehen</w:t>
      </w:r>
    </w:p>
    <w:p w14:paraId="7EB5E058" w14:textId="3BF9C7CB" w:rsidR="0039790B" w:rsidRDefault="0039790B" w:rsidP="00BB3276">
      <w:pPr>
        <w:tabs>
          <w:tab w:val="left" w:pos="2310"/>
        </w:tabs>
        <w:spacing w:after="40"/>
        <w:ind w:left="113"/>
      </w:pPr>
      <w:sdt>
        <w:sdtPr>
          <w:id w:val="1448741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 Manchmal ist das Leben hart</w:t>
      </w:r>
    </w:p>
    <w:p w14:paraId="498F17DB" w14:textId="77777777" w:rsidR="00D2067E" w:rsidRPr="006A61BC" w:rsidRDefault="00D2067E" w:rsidP="00BB3276">
      <w:pPr>
        <w:tabs>
          <w:tab w:val="left" w:pos="2310"/>
        </w:tabs>
        <w:spacing w:after="40"/>
        <w:ind w:left="113"/>
        <w:rPr>
          <w:rFonts w:ascii="Segoe UI Symbol" w:hAnsi="Segoe UI Symbol" w:cs="Segoe UI Symbol"/>
        </w:rPr>
      </w:pPr>
    </w:p>
    <w:p w14:paraId="7BD8C081" w14:textId="4FC2B01D" w:rsidR="001D5F3C" w:rsidRDefault="00A25EF3">
      <w:pPr>
        <w:spacing w:before="280" w:after="100"/>
      </w:pPr>
      <w:r>
        <w:rPr>
          <w:b/>
          <w:sz w:val="28"/>
        </w:rPr>
        <w:t>Christliche Lieder</w:t>
      </w:r>
    </w:p>
    <w:p w14:paraId="455DFE96" w14:textId="77777777" w:rsidR="001D5F3C" w:rsidRDefault="003A3AF1">
      <w:pPr>
        <w:spacing w:after="40"/>
        <w:ind w:left="113"/>
      </w:pPr>
      <w:sdt>
        <w:sdtPr>
          <w:id w:val="2089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An deiner Hand da bin ich geborgen</w:t>
      </w:r>
    </w:p>
    <w:p w14:paraId="41FCA5B8" w14:textId="77777777" w:rsidR="001D5F3C" w:rsidRDefault="003A3AF1">
      <w:pPr>
        <w:spacing w:after="40"/>
        <w:ind w:left="113"/>
      </w:pPr>
      <w:sdt>
        <w:sdtPr>
          <w:id w:val="-798692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Bei dir finde ich Kraft</w:t>
      </w:r>
    </w:p>
    <w:p w14:paraId="146E6CE5" w14:textId="77777777" w:rsidR="001D5F3C" w:rsidRDefault="003A3AF1">
      <w:pPr>
        <w:spacing w:after="40"/>
        <w:ind w:left="113"/>
      </w:pPr>
      <w:sdt>
        <w:sdtPr>
          <w:id w:val="808358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Bis wir uns wiedersehn</w:t>
      </w:r>
    </w:p>
    <w:p w14:paraId="6B5459FE" w14:textId="77777777" w:rsidR="001D5F3C" w:rsidRDefault="003A3AF1">
      <w:pPr>
        <w:spacing w:after="40"/>
        <w:ind w:left="113"/>
      </w:pPr>
      <w:sdt>
        <w:sdtPr>
          <w:id w:val="-1971743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Du bist meine Zuflucht</w:t>
      </w:r>
    </w:p>
    <w:p w14:paraId="1E0D4615" w14:textId="77777777" w:rsidR="001D5F3C" w:rsidRDefault="003A3AF1">
      <w:pPr>
        <w:spacing w:after="40"/>
        <w:ind w:left="113"/>
      </w:pPr>
      <w:sdt>
        <w:sdtPr>
          <w:id w:val="561383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Du bist nicht allein</w:t>
      </w:r>
    </w:p>
    <w:p w14:paraId="7E46612D" w14:textId="77777777" w:rsidR="001D5F3C" w:rsidRDefault="003A3AF1">
      <w:pPr>
        <w:spacing w:after="40"/>
        <w:ind w:left="113"/>
      </w:pPr>
      <w:sdt>
        <w:sdtPr>
          <w:id w:val="-706179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Du hast mich nie verlassen</w:t>
      </w:r>
    </w:p>
    <w:p w14:paraId="6D0AFB79" w14:textId="77777777" w:rsidR="001D5F3C" w:rsidRDefault="003A3AF1">
      <w:pPr>
        <w:spacing w:after="40"/>
        <w:ind w:left="113"/>
      </w:pPr>
      <w:sdt>
        <w:sdtPr>
          <w:id w:val="87047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Du lässt mich nicht los</w:t>
      </w:r>
    </w:p>
    <w:p w14:paraId="595E422C" w14:textId="77777777" w:rsidR="001D5F3C" w:rsidRDefault="003A3AF1">
      <w:pPr>
        <w:spacing w:after="40"/>
        <w:ind w:left="113"/>
      </w:pPr>
      <w:sdt>
        <w:sdtPr>
          <w:id w:val="-2044579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Du warst immer da</w:t>
      </w:r>
    </w:p>
    <w:p w14:paraId="101D7D82" w14:textId="77777777" w:rsidR="001D5F3C" w:rsidRDefault="003A3AF1">
      <w:pPr>
        <w:spacing w:after="40"/>
        <w:ind w:left="113"/>
      </w:pPr>
      <w:sdt>
        <w:sdtPr>
          <w:id w:val="1963150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Ein Engel nur für dich</w:t>
      </w:r>
    </w:p>
    <w:p w14:paraId="5664B0CD" w14:textId="77777777" w:rsidR="001D5F3C" w:rsidRDefault="003A3AF1">
      <w:pPr>
        <w:spacing w:after="40"/>
        <w:ind w:left="113"/>
      </w:pPr>
      <w:sdt>
        <w:sdtPr>
          <w:id w:val="2094123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Ein Licht in dieser Nacht</w:t>
      </w:r>
    </w:p>
    <w:p w14:paraId="6FDF9ABC" w14:textId="77777777" w:rsidR="001D5F3C" w:rsidRDefault="003A3AF1">
      <w:pPr>
        <w:spacing w:after="40"/>
        <w:ind w:left="113"/>
      </w:pPr>
      <w:sdt>
        <w:sdtPr>
          <w:id w:val="1560280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Es ist das Licht</w:t>
      </w:r>
    </w:p>
    <w:p w14:paraId="70401E92" w14:textId="77777777" w:rsidR="001D5F3C" w:rsidRDefault="003A3AF1">
      <w:pPr>
        <w:spacing w:after="40"/>
        <w:ind w:left="113"/>
      </w:pPr>
      <w:sdt>
        <w:sdtPr>
          <w:id w:val="152805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Flügel aus Licht</w:t>
      </w:r>
    </w:p>
    <w:p w14:paraId="66E1C60A" w14:textId="77777777" w:rsidR="001D5F3C" w:rsidRDefault="003A3AF1">
      <w:pPr>
        <w:spacing w:after="40"/>
        <w:ind w:left="113"/>
      </w:pPr>
      <w:sdt>
        <w:sdtPr>
          <w:id w:val="-974529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Frieden tief in mir</w:t>
      </w:r>
    </w:p>
    <w:p w14:paraId="7E776956" w14:textId="77777777" w:rsidR="001D5F3C" w:rsidRDefault="003A3AF1">
      <w:pPr>
        <w:spacing w:after="40"/>
        <w:ind w:left="113"/>
      </w:pPr>
      <w:sdt>
        <w:sdtPr>
          <w:id w:val="-1295434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Gebt uns die Luft zum Atmen</w:t>
      </w:r>
    </w:p>
    <w:p w14:paraId="4611042C" w14:textId="77777777" w:rsidR="001D5F3C" w:rsidRDefault="003A3AF1">
      <w:pPr>
        <w:spacing w:after="40"/>
        <w:ind w:left="113"/>
      </w:pPr>
      <w:sdt>
        <w:sdtPr>
          <w:id w:val="-967424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Geh wieder hinaus</w:t>
      </w:r>
    </w:p>
    <w:p w14:paraId="15D9F69C" w14:textId="77777777" w:rsidR="001D5F3C" w:rsidRDefault="003A3AF1">
      <w:pPr>
        <w:spacing w:after="40"/>
        <w:ind w:left="113"/>
      </w:pPr>
      <w:sdt>
        <w:sdtPr>
          <w:id w:val="1634367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God you are my rescue</w:t>
      </w:r>
    </w:p>
    <w:p w14:paraId="65D6845A" w14:textId="77777777" w:rsidR="001D5F3C" w:rsidRDefault="003A3AF1">
      <w:pPr>
        <w:spacing w:after="40"/>
        <w:ind w:left="113"/>
      </w:pPr>
      <w:sdt>
        <w:sdtPr>
          <w:id w:val="-1933122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Gott du bist meine Rettung</w:t>
      </w:r>
    </w:p>
    <w:p w14:paraId="71A06E0C" w14:textId="77777777" w:rsidR="001D5F3C" w:rsidRDefault="003A3AF1">
      <w:pPr>
        <w:spacing w:after="40"/>
        <w:ind w:left="113"/>
      </w:pPr>
      <w:sdt>
        <w:sdtPr>
          <w:id w:val="-1442752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Gott schickt dir einen Engel</w:t>
      </w:r>
    </w:p>
    <w:p w14:paraId="32AABE24" w14:textId="77777777" w:rsidR="001D5F3C" w:rsidRDefault="003A3AF1">
      <w:pPr>
        <w:spacing w:after="40"/>
        <w:ind w:left="113"/>
      </w:pPr>
      <w:sdt>
        <w:sdtPr>
          <w:id w:val="-1812237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Hallelujah Frieden in mir</w:t>
      </w:r>
    </w:p>
    <w:p w14:paraId="5B4D479D" w14:textId="77777777" w:rsidR="001D5F3C" w:rsidRDefault="003A3AF1">
      <w:pPr>
        <w:spacing w:after="40"/>
        <w:ind w:left="113"/>
      </w:pPr>
      <w:sdt>
        <w:sdtPr>
          <w:id w:val="-871380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Hallelujah</w:t>
      </w:r>
    </w:p>
    <w:p w14:paraId="3EC13863" w14:textId="77777777" w:rsidR="001D5F3C" w:rsidRDefault="003A3AF1">
      <w:pPr>
        <w:spacing w:after="40"/>
        <w:ind w:left="113"/>
      </w:pPr>
      <w:sdt>
        <w:sdtPr>
          <w:id w:val="-1667323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Herr gib meiner Seele Frieden</w:t>
      </w:r>
    </w:p>
    <w:p w14:paraId="159D0C74" w14:textId="77777777" w:rsidR="001D5F3C" w:rsidRDefault="003A3AF1">
      <w:pPr>
        <w:spacing w:after="40"/>
        <w:ind w:left="113"/>
      </w:pPr>
      <w:sdt>
        <w:sdtPr>
          <w:id w:val="1353536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Hier bin ich Herr nimm meine Hand</w:t>
      </w:r>
    </w:p>
    <w:p w14:paraId="44F3737D" w14:textId="77777777" w:rsidR="001D5F3C" w:rsidRDefault="003A3AF1">
      <w:pPr>
        <w:spacing w:after="40"/>
        <w:ind w:left="113"/>
      </w:pPr>
      <w:sdt>
        <w:sdtPr>
          <w:id w:val="456298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In deiner Liebe</w:t>
      </w:r>
    </w:p>
    <w:p w14:paraId="4AA268D6" w14:textId="77777777" w:rsidR="001D5F3C" w:rsidRDefault="003A3AF1">
      <w:pPr>
        <w:spacing w:after="40"/>
        <w:ind w:left="113"/>
      </w:pPr>
      <w:sdt>
        <w:sdtPr>
          <w:id w:val="-1993015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In seiner Hand</w:t>
      </w:r>
    </w:p>
    <w:p w14:paraId="539CBF32" w14:textId="77777777" w:rsidR="001D5F3C" w:rsidRDefault="003A3AF1">
      <w:pPr>
        <w:spacing w:after="40"/>
        <w:ind w:left="113"/>
      </w:pPr>
      <w:sdt>
        <w:sdtPr>
          <w:id w:val="-1048142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Jesus du hast meinen Namen gerufen</w:t>
      </w:r>
    </w:p>
    <w:p w14:paraId="3F5FB8C1" w14:textId="77777777" w:rsidR="001D5F3C" w:rsidRDefault="003A3AF1">
      <w:pPr>
        <w:spacing w:after="40"/>
        <w:ind w:left="113"/>
      </w:pPr>
      <w:sdt>
        <w:sdtPr>
          <w:id w:val="-629478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Jesus du liebst mich</w:t>
      </w:r>
    </w:p>
    <w:p w14:paraId="563FAAEA" w14:textId="77777777" w:rsidR="001D5F3C" w:rsidRDefault="003A3AF1">
      <w:pPr>
        <w:spacing w:after="40"/>
        <w:ind w:left="113"/>
      </w:pPr>
      <w:sdt>
        <w:sdtPr>
          <w:id w:val="1081031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Jesus you love me</w:t>
      </w:r>
    </w:p>
    <w:p w14:paraId="638CB4F0" w14:textId="77777777" w:rsidR="001D5F3C" w:rsidRDefault="003A3AF1">
      <w:pPr>
        <w:spacing w:after="40"/>
        <w:ind w:left="113"/>
      </w:pPr>
      <w:sdt>
        <w:sdtPr>
          <w:id w:val="-570119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Jesús, acuérdate de mí</w:t>
      </w:r>
    </w:p>
    <w:p w14:paraId="2806448A" w14:textId="77777777" w:rsidR="001D5F3C" w:rsidRDefault="003A3AF1">
      <w:pPr>
        <w:spacing w:after="40"/>
        <w:ind w:left="113"/>
      </w:pPr>
      <w:sdt>
        <w:sdtPr>
          <w:id w:val="229505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Jesus an deiner Hand</w:t>
      </w:r>
    </w:p>
    <w:p w14:paraId="13802473" w14:textId="77777777" w:rsidR="001D5F3C" w:rsidRDefault="003A3AF1">
      <w:pPr>
        <w:spacing w:after="40"/>
        <w:ind w:left="113"/>
      </w:pPr>
      <w:sdt>
        <w:sdtPr>
          <w:id w:val="-1442144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Jesus dein Licht trägt mich</w:t>
      </w:r>
    </w:p>
    <w:p w14:paraId="3602F9BD" w14:textId="77777777" w:rsidR="001D5F3C" w:rsidRDefault="003A3AF1">
      <w:pPr>
        <w:spacing w:after="40"/>
        <w:ind w:left="113"/>
      </w:pPr>
      <w:sdt>
        <w:sdtPr>
          <w:id w:val="-1400907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Jesus lass dein Licht erscheinen</w:t>
      </w:r>
    </w:p>
    <w:p w14:paraId="2B3396B6" w14:textId="77777777" w:rsidR="001D5F3C" w:rsidRDefault="003A3AF1">
      <w:pPr>
        <w:spacing w:after="40"/>
        <w:ind w:left="113"/>
      </w:pPr>
      <w:sdt>
        <w:sdtPr>
          <w:id w:val="-590081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Keiner sah mich – nur du</w:t>
      </w:r>
    </w:p>
    <w:p w14:paraId="75298FCB" w14:textId="77777777" w:rsidR="001D5F3C" w:rsidRDefault="003A3AF1">
      <w:pPr>
        <w:spacing w:after="40"/>
        <w:ind w:left="113"/>
      </w:pPr>
      <w:sdt>
        <w:sdtPr>
          <w:id w:val="1369873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Licht von Zion</w:t>
      </w:r>
    </w:p>
    <w:p w14:paraId="567E4A1E" w14:textId="77777777" w:rsidR="001D5F3C" w:rsidRDefault="003A3AF1">
      <w:pPr>
        <w:spacing w:after="40"/>
        <w:ind w:left="113"/>
      </w:pPr>
      <w:sdt>
        <w:sdtPr>
          <w:id w:val="-216658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Mein Anker</w:t>
      </w:r>
    </w:p>
    <w:p w14:paraId="45EE45FA" w14:textId="77777777" w:rsidR="001D5F3C" w:rsidRDefault="003A3AF1">
      <w:pPr>
        <w:spacing w:after="40"/>
        <w:ind w:left="113"/>
      </w:pPr>
      <w:sdt>
        <w:sdtPr>
          <w:id w:val="-103340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Mein sicherer Hafen</w:t>
      </w:r>
    </w:p>
    <w:p w14:paraId="60FF62EE" w14:textId="77777777" w:rsidR="001D5F3C" w:rsidRDefault="003A3AF1">
      <w:pPr>
        <w:spacing w:after="40"/>
        <w:ind w:left="113"/>
      </w:pPr>
      <w:sdt>
        <w:sdtPr>
          <w:id w:val="-298612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Meine Wünsche an Gott</w:t>
      </w:r>
    </w:p>
    <w:p w14:paraId="40833FDE" w14:textId="77777777" w:rsidR="001D5F3C" w:rsidRDefault="003A3AF1">
      <w:pPr>
        <w:spacing w:after="40"/>
        <w:ind w:left="113"/>
      </w:pPr>
      <w:sdt>
        <w:sdtPr>
          <w:id w:val="1525364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Was für ein Freund</w:t>
      </w:r>
    </w:p>
    <w:p w14:paraId="063607B6" w14:textId="77777777" w:rsidR="001D5F3C" w:rsidRDefault="003A3AF1">
      <w:pPr>
        <w:spacing w:after="40"/>
        <w:ind w:left="113"/>
      </w:pPr>
      <w:sdt>
        <w:sdtPr>
          <w:id w:val="176541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die Nacht mich ruft</w:t>
      </w:r>
    </w:p>
    <w:p w14:paraId="61D27F59" w14:textId="77777777" w:rsidR="001D5F3C" w:rsidRDefault="003A3AF1">
      <w:pPr>
        <w:spacing w:after="40"/>
        <w:ind w:left="113"/>
      </w:pPr>
      <w:sdt>
        <w:sdtPr>
          <w:id w:val="-1571413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ein Stern am Himmel leuchtet</w:t>
      </w:r>
    </w:p>
    <w:p w14:paraId="636C55F1" w14:textId="77777777" w:rsidR="001D5F3C" w:rsidRDefault="003A3AF1">
      <w:pPr>
        <w:spacing w:after="40"/>
        <w:ind w:left="113"/>
      </w:pPr>
      <w:sdt>
        <w:sdtPr>
          <w:id w:val="1713460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Wir geben unsere Herzen zu dir</w:t>
      </w:r>
    </w:p>
    <w:p w14:paraId="3C38DAFC" w14:textId="0C7BC68A" w:rsidR="00E91CDE" w:rsidRDefault="003A3AF1" w:rsidP="00BF3535">
      <w:pPr>
        <w:spacing w:after="40"/>
        <w:ind w:left="113"/>
        <w:rPr>
          <w:sz w:val="21"/>
        </w:rPr>
      </w:pPr>
      <w:sdt>
        <w:sdtPr>
          <w:id w:val="332270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Wo die Sonne tiefer steht</w:t>
      </w:r>
    </w:p>
    <w:p w14:paraId="731631D5" w14:textId="77EFFB3B" w:rsidR="00BE3E42" w:rsidRDefault="00BE3E42">
      <w:pPr>
        <w:spacing w:after="40"/>
        <w:ind w:left="113"/>
      </w:pPr>
    </w:p>
    <w:p w14:paraId="394AA460" w14:textId="77777777" w:rsidR="001D5F3C" w:rsidRDefault="00A25EF3">
      <w:pPr>
        <w:spacing w:before="280" w:after="100"/>
      </w:pPr>
      <w:r>
        <w:rPr>
          <w:b/>
          <w:sz w:val="28"/>
        </w:rPr>
        <w:t>Weihnachten</w:t>
      </w:r>
    </w:p>
    <w:p w14:paraId="7F90D2F5" w14:textId="77777777" w:rsidR="001D5F3C" w:rsidRDefault="003A3AF1">
      <w:pPr>
        <w:spacing w:after="40"/>
        <w:ind w:left="113"/>
      </w:pPr>
      <w:sdt>
        <w:sdtPr>
          <w:id w:val="527292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die Weihnachtsnacht dich einsam macht</w:t>
      </w:r>
    </w:p>
    <w:p w14:paraId="71FA0A45" w14:textId="77777777" w:rsidR="001D5F3C" w:rsidRDefault="003A3AF1">
      <w:pPr>
        <w:spacing w:after="40"/>
        <w:ind w:left="113"/>
      </w:pPr>
      <w:sdt>
        <w:sdtPr>
          <w:id w:val="1932382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alles still wird in der Heiligen Nacht</w:t>
      </w:r>
    </w:p>
    <w:p w14:paraId="2068F048" w14:textId="77777777" w:rsidR="001D5F3C" w:rsidRDefault="003A3AF1">
      <w:pPr>
        <w:spacing w:after="40"/>
        <w:ind w:left="113"/>
      </w:pPr>
      <w:sdt>
        <w:sdtPr>
          <w:id w:val="-775859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Ein heller Stern zeigt uns den Weg</w:t>
      </w:r>
    </w:p>
    <w:p w14:paraId="74D6AD54" w14:textId="75C226F8" w:rsidR="001D5F3C" w:rsidRDefault="003A3AF1">
      <w:pPr>
        <w:spacing w:after="40"/>
        <w:ind w:left="113"/>
        <w:rPr>
          <w:sz w:val="21"/>
        </w:rPr>
      </w:pPr>
      <w:sdt>
        <w:sdtPr>
          <w:id w:val="-1341617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Dort wo Liebe Menschen findet</w:t>
      </w:r>
    </w:p>
    <w:p w14:paraId="345DF407" w14:textId="037AA0EF" w:rsidR="00CE0B02" w:rsidRDefault="003A3AF1">
      <w:pPr>
        <w:spacing w:after="40"/>
        <w:ind w:left="113"/>
        <w:rPr>
          <w:sz w:val="21"/>
        </w:rPr>
      </w:pPr>
      <w:sdt>
        <w:sdtPr>
          <w:id w:val="-393124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0B02">
            <w:t>☐</w:t>
          </w:r>
        </w:sdtContent>
      </w:sdt>
      <w:r w:rsidR="005721CB">
        <w:t xml:space="preserve">  </w:t>
      </w:r>
      <w:r w:rsidR="00CE0B02">
        <w:t>Mein größtest Weihnachtsgeschenk</w:t>
      </w:r>
    </w:p>
    <w:bookmarkStart w:id="2" w:name="_Hlk240446464"/>
    <w:bookmarkEnd w:id="2"/>
    <w:p w14:paraId="127C9E4F" w14:textId="0CB8BAC9" w:rsidR="009221E5" w:rsidRDefault="003A3AF1">
      <w:pPr>
        <w:spacing w:after="40"/>
        <w:ind w:left="113"/>
        <w:rPr>
          <w:sz w:val="21"/>
        </w:rPr>
      </w:pPr>
      <w:sdt>
        <w:sdtPr>
          <w:id w:val="-28180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21E5">
            <w:t>☐</w:t>
          </w:r>
        </w:sdtContent>
      </w:sdt>
      <w:r w:rsidR="005721CB">
        <w:t xml:space="preserve">  </w:t>
      </w:r>
      <w:r w:rsidR="009221E5">
        <w:t>Auch Weihnachten bist du nicht allein</w:t>
      </w:r>
    </w:p>
    <w:p w14:paraId="25E27761" w14:textId="77BA151D" w:rsidR="00F501B9" w:rsidRDefault="003A3AF1">
      <w:pPr>
        <w:spacing w:after="40"/>
        <w:ind w:left="113"/>
      </w:pPr>
      <w:sdt>
        <w:sdtPr>
          <w:id w:val="-1597008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01B9">
            <w:t>☐</w:t>
          </w:r>
        </w:sdtContent>
      </w:sdt>
      <w:r w:rsidR="005721CB">
        <w:t xml:space="preserve">  </w:t>
      </w:r>
      <w:r w:rsidR="00F501B9">
        <w:t>Die Weihnachtszeit ist eine schöne Zeit</w:t>
      </w:r>
    </w:p>
    <w:p w14:paraId="38C8E761" w14:textId="7EC83118" w:rsidR="00CD2A2E" w:rsidRDefault="003A3AF1">
      <w:pPr>
        <w:spacing w:after="40"/>
        <w:ind w:left="113"/>
      </w:pPr>
      <w:sdt>
        <w:sdtPr>
          <w:id w:val="66728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2A2E">
            <w:t>☐</w:t>
          </w:r>
        </w:sdtContent>
      </w:sdt>
      <w:r w:rsidR="00CD2A2E">
        <w:t xml:space="preserve">   Ein großes Geschenk ist Zeit</w:t>
      </w:r>
    </w:p>
    <w:p w14:paraId="61106FBC" w14:textId="01324196" w:rsidR="003A3AF1" w:rsidRDefault="003A3AF1">
      <w:pPr>
        <w:spacing w:after="40"/>
        <w:ind w:left="113"/>
      </w:pPr>
      <w:sdt>
        <w:sdtPr>
          <w:id w:val="819850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>Du bist nicht allein zu Weihnachten</w:t>
      </w:r>
    </w:p>
    <w:p w14:paraId="000AC74D" w14:textId="4617B3C8" w:rsidR="003A3AF1" w:rsidRDefault="003A3AF1">
      <w:pPr>
        <w:spacing w:after="40"/>
        <w:ind w:left="113"/>
      </w:pPr>
      <w:sdt>
        <w:sdtPr>
          <w:id w:val="-891502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 Die Weihnachtszeit ist eine schöne Zeit</w:t>
      </w:r>
    </w:p>
    <w:p w14:paraId="1658EA0F" w14:textId="04AA8786" w:rsidR="003A3AF1" w:rsidRDefault="003A3AF1">
      <w:pPr>
        <w:spacing w:after="40"/>
        <w:ind w:left="113"/>
      </w:pPr>
      <w:sdt>
        <w:sdtPr>
          <w:id w:val="1301039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 Die Weihnachtsgeschichte</w:t>
      </w:r>
    </w:p>
    <w:p w14:paraId="29786144" w14:textId="0A38350A" w:rsidR="004B1A9C" w:rsidRDefault="004B1A9C">
      <w:pPr>
        <w:spacing w:after="40"/>
        <w:ind w:left="113"/>
      </w:pPr>
    </w:p>
    <w:p w14:paraId="2957711D" w14:textId="3FE75AD8" w:rsidR="004B1A9C" w:rsidRDefault="004B1A9C">
      <w:pPr>
        <w:spacing w:after="40"/>
        <w:ind w:left="113"/>
        <w:rPr>
          <w:b/>
          <w:sz w:val="28"/>
        </w:rPr>
      </w:pPr>
      <w:r w:rsidRPr="004B1A9C">
        <w:rPr>
          <w:b/>
          <w:sz w:val="28"/>
        </w:rPr>
        <w:t>Weihnachten Kinderlieder</w:t>
      </w:r>
    </w:p>
    <w:bookmarkStart w:id="3" w:name="_Hlk240546774"/>
    <w:bookmarkEnd w:id="3"/>
    <w:p w14:paraId="2994E6CA" w14:textId="3B7CF45A" w:rsidR="004B1A9C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-1255122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1A9C">
            <w:t>☐</w:t>
          </w:r>
        </w:sdtContent>
      </w:sdt>
      <w:r w:rsidR="005721CB">
        <w:t xml:space="preserve">  </w:t>
      </w:r>
      <w:r w:rsidR="004B1A9C">
        <w:t>1-2-3 die Mietze spielt im Schnee</w:t>
      </w:r>
    </w:p>
    <w:p w14:paraId="3A19DA81" w14:textId="38AA7590" w:rsidR="002F326E" w:rsidRDefault="003A3AF1">
      <w:pPr>
        <w:spacing w:after="40"/>
        <w:ind w:left="113"/>
        <w:rPr>
          <w:b/>
          <w:sz w:val="28"/>
        </w:rPr>
      </w:pPr>
      <w:sdt>
        <w:sdtPr>
          <w:id w:val="1760013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6E">
            <w:t>☐</w:t>
          </w:r>
        </w:sdtContent>
      </w:sdt>
      <w:r w:rsidR="005721CB">
        <w:t xml:space="preserve">  </w:t>
      </w:r>
      <w:r w:rsidR="002F326E">
        <w:t>Advent, Advent ein Lichtlein brennt</w:t>
      </w:r>
    </w:p>
    <w:p w14:paraId="09C0670B" w14:textId="1177712D" w:rsidR="004B1A9C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-730921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6E">
            <w:t>☐</w:t>
          </w:r>
        </w:sdtContent>
      </w:sdt>
      <w:r w:rsidR="005721CB">
        <w:t xml:space="preserve">  </w:t>
      </w:r>
      <w:r w:rsidR="002F326E">
        <w:t>Das kleine Glöckchen - Geschichte</w:t>
      </w:r>
    </w:p>
    <w:p w14:paraId="12FAA369" w14:textId="4403F764" w:rsidR="002F326E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-48698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6E">
            <w:t>☐</w:t>
          </w:r>
        </w:sdtContent>
      </w:sdt>
      <w:r w:rsidR="005721CB">
        <w:t xml:space="preserve">  </w:t>
      </w:r>
      <w:r w:rsidR="002F326E">
        <w:t>Die Heinzelmännchen zu Köln</w:t>
      </w:r>
    </w:p>
    <w:p w14:paraId="0993E0FF" w14:textId="585C7B8C" w:rsidR="002F326E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-53540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6E">
            <w:t>☐</w:t>
          </w:r>
        </w:sdtContent>
      </w:sdt>
      <w:r w:rsidR="005721CB">
        <w:t xml:space="preserve">  </w:t>
      </w:r>
      <w:r w:rsidR="002F326E">
        <w:t>Ein Lichtlein leuchtet hell</w:t>
      </w:r>
    </w:p>
    <w:p w14:paraId="2E176900" w14:textId="01AC5707" w:rsidR="002F326E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1110159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6E">
            <w:t>☐</w:t>
          </w:r>
        </w:sdtContent>
      </w:sdt>
      <w:r w:rsidR="005721CB">
        <w:t xml:space="preserve">  </w:t>
      </w:r>
      <w:r w:rsidR="002F326E">
        <w:t>Flieg Puschl, kleines Rentier</w:t>
      </w:r>
    </w:p>
    <w:p w14:paraId="4B934AFC" w14:textId="0D0BBE24" w:rsidR="002F326E" w:rsidRDefault="003A3AF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511119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6E">
            <w:t>☐</w:t>
          </w:r>
        </w:sdtContent>
      </w:sdt>
      <w:r w:rsidR="005721CB">
        <w:t xml:space="preserve">  </w:t>
      </w:r>
      <w:r w:rsidR="002F326E">
        <w:t>Morgen Kinder wird´s was geben</w:t>
      </w:r>
    </w:p>
    <w:p w14:paraId="168A3017" w14:textId="5F80C329" w:rsidR="002F326E" w:rsidRPr="004B1A9C" w:rsidRDefault="003A3AF1">
      <w:pPr>
        <w:spacing w:after="40"/>
        <w:ind w:left="113"/>
        <w:rPr>
          <w:b/>
          <w:sz w:val="28"/>
        </w:rPr>
      </w:pPr>
      <w:sdt>
        <w:sdtPr>
          <w:id w:val="332500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6E">
            <w:t>☐</w:t>
          </w:r>
        </w:sdtContent>
      </w:sdt>
      <w:r w:rsidR="005721CB">
        <w:t xml:space="preserve">  </w:t>
      </w:r>
      <w:r w:rsidR="002F326E">
        <w:t>Wir warten auf den Weihnachtsmann</w:t>
      </w:r>
    </w:p>
    <w:p w14:paraId="6AC4720A" w14:textId="77777777" w:rsidR="001D5F3C" w:rsidRDefault="00A25EF3">
      <w:pPr>
        <w:spacing w:before="280" w:after="100"/>
      </w:pPr>
      <w:r>
        <w:rPr>
          <w:b/>
          <w:sz w:val="28"/>
        </w:rPr>
        <w:t>Neujahr / Silvester</w:t>
      </w:r>
    </w:p>
    <w:p w14:paraId="0D57D3A9" w14:textId="77777777" w:rsidR="001D5F3C" w:rsidRDefault="003A3AF1">
      <w:pPr>
        <w:spacing w:after="40"/>
        <w:ind w:left="113"/>
      </w:pPr>
      <w:sdt>
        <w:sdtPr>
          <w:id w:val="-1635706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Wenn ein neues Jahr beginnt</w:t>
      </w:r>
    </w:p>
    <w:p w14:paraId="7D5FAEC4" w14:textId="77777777" w:rsidR="001D5F3C" w:rsidRDefault="003A3AF1">
      <w:pPr>
        <w:spacing w:after="40"/>
        <w:ind w:left="113"/>
      </w:pPr>
      <w:sdt>
        <w:sdtPr>
          <w:id w:val="-2135548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Wir lassen den Kummer im alten Jahr</w:t>
      </w:r>
    </w:p>
    <w:p w14:paraId="5AC09421" w14:textId="77777777" w:rsidR="001D5F3C" w:rsidRDefault="003A3AF1">
      <w:pPr>
        <w:spacing w:after="40"/>
        <w:ind w:left="113"/>
      </w:pPr>
      <w:sdt>
        <w:sdtPr>
          <w:id w:val="1501319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Für dich beginnt ein Jahr voller Hoffnung</w:t>
      </w:r>
    </w:p>
    <w:p w14:paraId="28FFAACE" w14:textId="77777777" w:rsidR="001D5F3C" w:rsidRDefault="00A25EF3">
      <w:pPr>
        <w:spacing w:before="280" w:after="100"/>
      </w:pPr>
      <w:r>
        <w:rPr>
          <w:b/>
          <w:sz w:val="28"/>
        </w:rPr>
        <w:t>Meditation</w:t>
      </w:r>
    </w:p>
    <w:p w14:paraId="73485B21" w14:textId="77777777" w:rsidR="001D5F3C" w:rsidRDefault="003A3AF1">
      <w:pPr>
        <w:spacing w:after="40"/>
        <w:ind w:left="113"/>
      </w:pPr>
      <w:sdt>
        <w:sdtPr>
          <w:id w:val="-338156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In Kürze</w:t>
      </w:r>
    </w:p>
    <w:p w14:paraId="39DCE6F7" w14:textId="77777777" w:rsidR="001D5F3C" w:rsidRDefault="00A25EF3">
      <w:pPr>
        <w:spacing w:before="280" w:after="100"/>
      </w:pPr>
      <w:r>
        <w:rPr>
          <w:b/>
          <w:sz w:val="28"/>
        </w:rPr>
        <w:t>Chill-Lounge</w:t>
      </w:r>
    </w:p>
    <w:bookmarkStart w:id="4" w:name="_Hlk240275570"/>
    <w:bookmarkEnd w:id="4"/>
    <w:p w14:paraId="6A9573CF" w14:textId="59E1E38B" w:rsidR="001D5F3C" w:rsidRDefault="003A3AF1">
      <w:pPr>
        <w:spacing w:after="40"/>
        <w:ind w:left="113"/>
        <w:rPr>
          <w:sz w:val="21"/>
        </w:rPr>
      </w:pPr>
      <w:sdt>
        <w:sdtPr>
          <w:id w:val="-690069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Mi Espana profunda</w:t>
      </w:r>
    </w:p>
    <w:p w14:paraId="49E32FD3" w14:textId="62BC9D91" w:rsidR="009B72E5" w:rsidRDefault="003A3AF1">
      <w:pPr>
        <w:spacing w:after="40"/>
        <w:ind w:left="113"/>
      </w:pPr>
      <w:sdt>
        <w:sdtPr>
          <w:id w:val="-269859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2E5">
            <w:t>☐</w:t>
          </w:r>
        </w:sdtContent>
      </w:sdt>
      <w:r w:rsidR="005721CB">
        <w:t xml:space="preserve">  </w:t>
      </w:r>
      <w:r w:rsidR="009B72E5">
        <w:t>Karibische Vibes</w:t>
      </w:r>
    </w:p>
    <w:p w14:paraId="0288C37D" w14:textId="77777777" w:rsidR="001D5F3C" w:rsidRDefault="00A25EF3">
      <w:pPr>
        <w:spacing w:before="280" w:after="100"/>
      </w:pPr>
      <w:r>
        <w:rPr>
          <w:b/>
          <w:sz w:val="28"/>
        </w:rPr>
        <w:t>Soul – Blues</w:t>
      </w:r>
    </w:p>
    <w:p w14:paraId="53C04C7B" w14:textId="7C7404BE" w:rsidR="001D5F3C" w:rsidRDefault="003A3AF1">
      <w:pPr>
        <w:spacing w:after="40"/>
        <w:ind w:left="113"/>
        <w:rPr>
          <w:sz w:val="21"/>
        </w:rPr>
      </w:pPr>
      <w:sdt>
        <w:sdtPr>
          <w:id w:val="-159782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Safe in the night</w:t>
      </w:r>
    </w:p>
    <w:p w14:paraId="09E6EB48" w14:textId="78F5B0EB" w:rsidR="003565DC" w:rsidRDefault="003A3AF1">
      <w:pPr>
        <w:spacing w:after="40"/>
        <w:ind w:left="113"/>
      </w:pPr>
      <w:sdt>
        <w:sdtPr>
          <w:id w:val="-1312558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5DC">
            <w:t>☐</w:t>
          </w:r>
        </w:sdtContent>
      </w:sdt>
      <w:r w:rsidR="005721CB">
        <w:t xml:space="preserve">  </w:t>
      </w:r>
      <w:r w:rsidR="003565DC">
        <w:t>Soulful Memories</w:t>
      </w:r>
    </w:p>
    <w:p w14:paraId="04912122" w14:textId="5FF1C719" w:rsidR="009B72E5" w:rsidRDefault="003A3AF1">
      <w:pPr>
        <w:spacing w:after="40"/>
        <w:ind w:left="113"/>
      </w:pPr>
      <w:sdt>
        <w:sdtPr>
          <w:id w:val="-191756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2E5">
            <w:t>☐</w:t>
          </w:r>
        </w:sdtContent>
      </w:sdt>
      <w:r w:rsidR="005721CB">
        <w:t xml:space="preserve">  </w:t>
      </w:r>
      <w:r w:rsidR="009B72E5">
        <w:t>Driftin´back to you</w:t>
      </w:r>
    </w:p>
    <w:p w14:paraId="596FE8A4" w14:textId="0699DA24" w:rsidR="009B72E5" w:rsidRDefault="003A3AF1">
      <w:pPr>
        <w:spacing w:after="40"/>
        <w:ind w:left="113"/>
      </w:pPr>
      <w:sdt>
        <w:sdtPr>
          <w:id w:val="-632492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2E5">
            <w:t>☐</w:t>
          </w:r>
        </w:sdtContent>
      </w:sdt>
      <w:r w:rsidR="005721CB">
        <w:t xml:space="preserve">  </w:t>
      </w:r>
      <w:r w:rsidR="009B72E5">
        <w:t>Du warst nie wirklich mein</w:t>
      </w:r>
    </w:p>
    <w:p w14:paraId="57525724" w14:textId="3192EB9C" w:rsidR="009B72E5" w:rsidRDefault="003A3AF1">
      <w:pPr>
        <w:spacing w:after="40"/>
        <w:ind w:left="113"/>
      </w:pPr>
      <w:sdt>
        <w:sdtPr>
          <w:id w:val="-1120139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2E5">
            <w:t>☐</w:t>
          </w:r>
        </w:sdtContent>
      </w:sdt>
      <w:r w:rsidR="005721CB">
        <w:t xml:space="preserve">  </w:t>
      </w:r>
      <w:r w:rsidR="009B72E5">
        <w:t>He was never mine</w:t>
      </w:r>
    </w:p>
    <w:p w14:paraId="6C657EFC" w14:textId="6FD0F0DF" w:rsidR="009B72E5" w:rsidRDefault="003A3AF1">
      <w:pPr>
        <w:spacing w:after="40"/>
        <w:ind w:left="113"/>
      </w:pPr>
      <w:sdt>
        <w:sdtPr>
          <w:id w:val="1470087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2E5">
            <w:t>☐</w:t>
          </w:r>
        </w:sdtContent>
      </w:sdt>
      <w:r w:rsidR="005721CB">
        <w:t xml:space="preserve">  </w:t>
      </w:r>
      <w:r w:rsidR="009B72E5">
        <w:t>Hold on to love</w:t>
      </w:r>
    </w:p>
    <w:p w14:paraId="159E2A7E" w14:textId="62599C41" w:rsidR="009B72E5" w:rsidRDefault="003A3AF1">
      <w:pPr>
        <w:spacing w:after="40"/>
        <w:ind w:left="113"/>
      </w:pPr>
      <w:sdt>
        <w:sdtPr>
          <w:id w:val="1164982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2E5">
            <w:t>☐</w:t>
          </w:r>
        </w:sdtContent>
      </w:sdt>
      <w:r w:rsidR="005721CB">
        <w:t xml:space="preserve">  </w:t>
      </w:r>
      <w:r w:rsidR="009B72E5">
        <w:t>Midnight Road Blues</w:t>
      </w:r>
    </w:p>
    <w:p w14:paraId="22CC6732" w14:textId="655BE68A" w:rsidR="009B72E5" w:rsidRDefault="003A3AF1">
      <w:pPr>
        <w:spacing w:after="40"/>
        <w:ind w:left="113"/>
      </w:pPr>
      <w:sdt>
        <w:sdtPr>
          <w:id w:val="-809471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2E5">
            <w:t>☐</w:t>
          </w:r>
        </w:sdtContent>
      </w:sdt>
      <w:r w:rsidR="005721CB">
        <w:t xml:space="preserve">  </w:t>
      </w:r>
      <w:r w:rsidR="009B72E5">
        <w:t>Midnight without you</w:t>
      </w:r>
    </w:p>
    <w:p w14:paraId="11A829FB" w14:textId="5A2241AD" w:rsidR="009B72E5" w:rsidRDefault="003A3AF1">
      <w:pPr>
        <w:spacing w:after="40"/>
        <w:ind w:left="113"/>
      </w:pPr>
      <w:sdt>
        <w:sdtPr>
          <w:id w:val="1222242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2E5">
            <w:t>☐</w:t>
          </w:r>
        </w:sdtContent>
      </w:sdt>
      <w:r w:rsidR="005721CB">
        <w:t xml:space="preserve">  </w:t>
      </w:r>
      <w:r w:rsidR="009B72E5">
        <w:t>Velvet Midnight</w:t>
      </w:r>
    </w:p>
    <w:p w14:paraId="6F3E66FC" w14:textId="0E593B08" w:rsidR="009B72E5" w:rsidRDefault="003A3AF1">
      <w:pPr>
        <w:spacing w:after="40"/>
        <w:ind w:left="113"/>
      </w:pPr>
      <w:sdt>
        <w:sdtPr>
          <w:id w:val="-1023242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2E5">
            <w:t>☐</w:t>
          </w:r>
        </w:sdtContent>
      </w:sdt>
      <w:r w:rsidR="005721CB">
        <w:t xml:space="preserve">  </w:t>
      </w:r>
      <w:r w:rsidR="009B72E5">
        <w:t>Walking to the light</w:t>
      </w:r>
    </w:p>
    <w:p w14:paraId="103A4B0C" w14:textId="2D4D18C0" w:rsidR="009B72E5" w:rsidRDefault="003A3AF1">
      <w:pPr>
        <w:spacing w:after="40"/>
        <w:ind w:left="113"/>
      </w:pPr>
      <w:sdt>
        <w:sdtPr>
          <w:id w:val="-1650592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2E5">
            <w:t>☐</w:t>
          </w:r>
        </w:sdtContent>
      </w:sdt>
      <w:r w:rsidR="005721CB">
        <w:t xml:space="preserve">  </w:t>
      </w:r>
      <w:r w:rsidR="009B72E5">
        <w:t>When love walked away</w:t>
      </w:r>
    </w:p>
    <w:p w14:paraId="1342DBC3" w14:textId="77777777" w:rsidR="001D5F3C" w:rsidRDefault="00A25EF3">
      <w:pPr>
        <w:spacing w:before="280" w:after="100"/>
      </w:pPr>
      <w:r>
        <w:rPr>
          <w:b/>
          <w:sz w:val="28"/>
        </w:rPr>
        <w:t>Lieder für die Bergis (Wipperfürth)</w:t>
      </w:r>
    </w:p>
    <w:bookmarkStart w:id="5" w:name="_Hlk240196885"/>
    <w:bookmarkEnd w:id="5"/>
    <w:p w14:paraId="06F5807D" w14:textId="6759C1C5" w:rsidR="001D5F3C" w:rsidRDefault="003A3AF1">
      <w:pPr>
        <w:spacing w:after="40"/>
        <w:ind w:left="113"/>
        <w:rPr>
          <w:sz w:val="21"/>
        </w:rPr>
      </w:pPr>
      <w:sdt>
        <w:sdtPr>
          <w:id w:val="-1419402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Die Bienchen vom REWE Petz</w:t>
      </w:r>
    </w:p>
    <w:p w14:paraId="796B9C66" w14:textId="676FAAF1" w:rsidR="00674D6E" w:rsidRDefault="003A3AF1">
      <w:pPr>
        <w:spacing w:after="40"/>
        <w:ind w:left="113"/>
      </w:pPr>
      <w:sdt>
        <w:sdtPr>
          <w:id w:val="98769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Mein Wipperfürth – Die Perle im Bergischen</w:t>
      </w:r>
    </w:p>
    <w:p w14:paraId="187C9016" w14:textId="3CFE03FD" w:rsidR="00674D6E" w:rsidRDefault="003A3AF1">
      <w:pPr>
        <w:spacing w:after="40"/>
        <w:ind w:left="113"/>
      </w:pPr>
      <w:sdt>
        <w:sdtPr>
          <w:id w:val="-1707327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Heimatwind – Dein Weg zurück nach Hause</w:t>
      </w:r>
    </w:p>
    <w:p w14:paraId="134EFB2D" w14:textId="77777777" w:rsidR="001D5F3C" w:rsidRDefault="00A25EF3">
      <w:pPr>
        <w:spacing w:before="280" w:after="100"/>
      </w:pPr>
      <w:r>
        <w:rPr>
          <w:b/>
          <w:sz w:val="28"/>
        </w:rPr>
        <w:t>Reggae</w:t>
      </w:r>
    </w:p>
    <w:p w14:paraId="5806B6ED" w14:textId="412FA7EE" w:rsidR="001D5F3C" w:rsidRDefault="003A3AF1">
      <w:pPr>
        <w:spacing w:after="40"/>
        <w:ind w:left="113"/>
        <w:rPr>
          <w:sz w:val="21"/>
        </w:rPr>
      </w:pPr>
      <w:sdt>
        <w:sdtPr>
          <w:id w:val="-1286185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Am Strand von Maspalomas</w:t>
      </w:r>
    </w:p>
    <w:p w14:paraId="5C4A3BE3" w14:textId="3F68A7B1" w:rsidR="00674D6E" w:rsidRDefault="003A3AF1">
      <w:pPr>
        <w:spacing w:after="40"/>
        <w:ind w:left="113"/>
      </w:pPr>
      <w:sdt>
        <w:sdtPr>
          <w:id w:val="-361133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Aloha im Herzen</w:t>
      </w:r>
    </w:p>
    <w:p w14:paraId="5B1FF22B" w14:textId="04CF64F4" w:rsidR="00674D6E" w:rsidRDefault="003A3AF1">
      <w:pPr>
        <w:spacing w:after="40"/>
        <w:ind w:left="113"/>
      </w:pPr>
      <w:sdt>
        <w:sdtPr>
          <w:id w:val="-1767310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Anker meines Lebens – Papas Lied</w:t>
      </w:r>
    </w:p>
    <w:p w14:paraId="2A1F50DE" w14:textId="4FC5E78C" w:rsidR="00674D6E" w:rsidRDefault="003A3AF1">
      <w:pPr>
        <w:spacing w:after="40"/>
        <w:ind w:left="113"/>
      </w:pPr>
      <w:sdt>
        <w:sdtPr>
          <w:id w:val="1678996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Reggae Vibes</w:t>
      </w:r>
    </w:p>
    <w:p w14:paraId="6E995F70" w14:textId="385ABA8F" w:rsidR="00674D6E" w:rsidRDefault="003A3AF1">
      <w:pPr>
        <w:spacing w:after="40"/>
        <w:ind w:left="113"/>
      </w:pPr>
      <w:sdt>
        <w:sdtPr>
          <w:id w:val="766970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Das Lächeln von Jamaika</w:t>
      </w:r>
    </w:p>
    <w:p w14:paraId="0BB3E328" w14:textId="65365625" w:rsidR="00674D6E" w:rsidRDefault="003A3AF1">
      <w:pPr>
        <w:spacing w:after="40"/>
        <w:ind w:left="113"/>
      </w:pPr>
      <w:sdt>
        <w:sdtPr>
          <w:id w:val="925847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Anker meines Herzens</w:t>
      </w:r>
    </w:p>
    <w:p w14:paraId="289775E5" w14:textId="16E78720" w:rsidR="00674D6E" w:rsidRDefault="003A3AF1">
      <w:pPr>
        <w:spacing w:after="40"/>
        <w:ind w:left="113"/>
      </w:pPr>
      <w:sdt>
        <w:sdtPr>
          <w:id w:val="1541554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Just one more moment – Lovers Rock</w:t>
      </w:r>
    </w:p>
    <w:bookmarkStart w:id="6" w:name="_Hlk240270206"/>
    <w:bookmarkEnd w:id="6"/>
    <w:p w14:paraId="2FA26320" w14:textId="57C6D0C0" w:rsidR="006C4141" w:rsidRDefault="003A3AF1" w:rsidP="006C4141">
      <w:pPr>
        <w:spacing w:after="40"/>
        <w:ind w:left="113"/>
      </w:pPr>
      <w:sdt>
        <w:sdtPr>
          <w:id w:val="979033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141">
            <w:t>☐</w:t>
          </w:r>
        </w:sdtContent>
      </w:sdt>
      <w:r w:rsidR="005721CB">
        <w:t xml:space="preserve">  </w:t>
      </w:r>
      <w:r w:rsidR="006C4141">
        <w:t>One love in the now</w:t>
      </w:r>
    </w:p>
    <w:p w14:paraId="014330CB" w14:textId="73F72B91" w:rsidR="00350AD7" w:rsidRDefault="003A3AF1" w:rsidP="006C414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-1103650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AD7">
            <w:t>☐</w:t>
          </w:r>
        </w:sdtContent>
      </w:sdt>
      <w:r w:rsidR="005721CB">
        <w:t xml:space="preserve">  </w:t>
      </w:r>
      <w:r w:rsidR="00350AD7">
        <w:t>Safe in your arms</w:t>
      </w:r>
    </w:p>
    <w:p w14:paraId="6C4F4D71" w14:textId="24A65A10" w:rsidR="00350AD7" w:rsidRDefault="003A3AF1" w:rsidP="006C414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1724333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AD7">
            <w:t>☐</w:t>
          </w:r>
        </w:sdtContent>
      </w:sdt>
      <w:r w:rsidR="005721CB">
        <w:t xml:space="preserve">  </w:t>
      </w:r>
      <w:r w:rsidR="00350AD7">
        <w:t>Solo mia – Reggaeton</w:t>
      </w:r>
    </w:p>
    <w:p w14:paraId="2D5C9FA4" w14:textId="080E0E0A" w:rsidR="00350AD7" w:rsidRDefault="003A3AF1" w:rsidP="006C414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-1527328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AD7">
            <w:t>☐</w:t>
          </w:r>
        </w:sdtContent>
      </w:sdt>
      <w:r w:rsidR="005721CB">
        <w:t xml:space="preserve">  </w:t>
      </w:r>
      <w:r w:rsidR="00350AD7">
        <w:t>Someone loves you honey</w:t>
      </w:r>
    </w:p>
    <w:p w14:paraId="1E3D47FD" w14:textId="2802AA07" w:rsidR="003565DC" w:rsidRDefault="003A3AF1" w:rsidP="006C4141">
      <w:pPr>
        <w:spacing w:after="40"/>
        <w:ind w:left="113"/>
      </w:pPr>
      <w:sdt>
        <w:sdtPr>
          <w:id w:val="-1992242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5DC">
            <w:t>☐</w:t>
          </w:r>
        </w:sdtContent>
      </w:sdt>
      <w:r w:rsidR="005721CB">
        <w:t xml:space="preserve">  </w:t>
      </w:r>
      <w:r w:rsidR="003565DC">
        <w:t>Stay with me tonight</w:t>
      </w:r>
    </w:p>
    <w:p w14:paraId="0941A1A4" w14:textId="032D924D" w:rsidR="003565DC" w:rsidRDefault="003A3AF1" w:rsidP="006C4141">
      <w:pPr>
        <w:spacing w:after="40"/>
        <w:ind w:left="113"/>
      </w:pPr>
      <w:sdt>
        <w:sdtPr>
          <w:id w:val="-1060699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5DC">
            <w:t>☐</w:t>
          </w:r>
        </w:sdtContent>
      </w:sdt>
      <w:r w:rsidR="005721CB">
        <w:t xml:space="preserve">  </w:t>
      </w:r>
      <w:r w:rsidR="003565DC">
        <w:t>Ticket ins Blau</w:t>
      </w:r>
    </w:p>
    <w:p w14:paraId="06524D72" w14:textId="06578189" w:rsidR="00674FBE" w:rsidRDefault="003A3AF1" w:rsidP="006C4141">
      <w:pPr>
        <w:spacing w:after="40"/>
        <w:ind w:left="113"/>
      </w:pPr>
      <w:sdt>
        <w:sdtPr>
          <w:id w:val="-692683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FBE">
            <w:t>☐</w:t>
          </w:r>
        </w:sdtContent>
      </w:sdt>
      <w:r w:rsidR="005721CB">
        <w:t xml:space="preserve">  </w:t>
      </w:r>
      <w:r w:rsidR="00674FBE">
        <w:t>Wenn kein Morgen mehr kommt</w:t>
      </w:r>
    </w:p>
    <w:p w14:paraId="4B379D82" w14:textId="77777777" w:rsidR="006C4141" w:rsidRDefault="006C4141">
      <w:pPr>
        <w:spacing w:after="40"/>
        <w:ind w:left="113"/>
      </w:pPr>
    </w:p>
    <w:p w14:paraId="14A48A2D" w14:textId="77777777" w:rsidR="001D5F3C" w:rsidRDefault="00A25EF3">
      <w:pPr>
        <w:spacing w:before="280" w:after="100"/>
      </w:pPr>
      <w:r>
        <w:rPr>
          <w:b/>
          <w:sz w:val="28"/>
        </w:rPr>
        <w:t>Gute Laune Musik</w:t>
      </w:r>
    </w:p>
    <w:p w14:paraId="07559F4B" w14:textId="2EF15DFC" w:rsidR="001D5F3C" w:rsidRDefault="003A3AF1">
      <w:pPr>
        <w:spacing w:after="40"/>
        <w:ind w:left="113"/>
        <w:rPr>
          <w:sz w:val="21"/>
        </w:rPr>
      </w:pPr>
      <w:sdt>
        <w:sdtPr>
          <w:id w:val="-34586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Aloha im Herzen</w:t>
      </w:r>
    </w:p>
    <w:p w14:paraId="7CAF6A0E" w14:textId="321BF86D" w:rsidR="00674D6E" w:rsidRDefault="003A3AF1">
      <w:pPr>
        <w:spacing w:after="40"/>
        <w:ind w:left="113"/>
      </w:pPr>
      <w:sdt>
        <w:sdtPr>
          <w:id w:val="1262644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Am Strand von Maspalomas</w:t>
      </w:r>
    </w:p>
    <w:p w14:paraId="761637C6" w14:textId="014C6968" w:rsidR="00674D6E" w:rsidRDefault="003A3AF1">
      <w:pPr>
        <w:spacing w:after="40"/>
        <w:ind w:left="113"/>
      </w:pPr>
      <w:sdt>
        <w:sdtPr>
          <w:id w:val="-360278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Alicante wir kommen</w:t>
      </w:r>
    </w:p>
    <w:p w14:paraId="6B7470F4" w14:textId="3758045D" w:rsidR="00674D6E" w:rsidRDefault="003A3AF1">
      <w:pPr>
        <w:spacing w:after="40"/>
        <w:ind w:left="113"/>
      </w:pPr>
      <w:sdt>
        <w:sdtPr>
          <w:id w:val="-1892877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70er Sommer … grenzenlos</w:t>
      </w:r>
    </w:p>
    <w:p w14:paraId="46AC3741" w14:textId="70D053E0" w:rsidR="00674D6E" w:rsidRDefault="003A3AF1">
      <w:pPr>
        <w:spacing w:after="40"/>
        <w:ind w:left="113"/>
      </w:pPr>
      <w:sdt>
        <w:sdtPr>
          <w:id w:val="1432932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Amor de mis suenos – Ich lass dich nicht mehr los</w:t>
      </w:r>
    </w:p>
    <w:p w14:paraId="6653A634" w14:textId="6341A6F0" w:rsidR="00674D6E" w:rsidRDefault="003A3AF1">
      <w:pPr>
        <w:spacing w:after="40"/>
        <w:ind w:left="113"/>
      </w:pPr>
      <w:sdt>
        <w:sdtPr>
          <w:id w:val="-234471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Anker meines Lebens – Papas Lied</w:t>
      </w:r>
    </w:p>
    <w:p w14:paraId="68AE2FF5" w14:textId="3C7DD873" w:rsidR="00674D6E" w:rsidRDefault="003A3AF1">
      <w:pPr>
        <w:spacing w:after="40"/>
        <w:ind w:left="113"/>
      </w:pPr>
      <w:sdt>
        <w:sdtPr>
          <w:id w:val="-2056077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Baila Conmigo – Baby, tanz mit mir</w:t>
      </w:r>
    </w:p>
    <w:p w14:paraId="42E57B69" w14:textId="23DAAD95" w:rsidR="00674D6E" w:rsidRDefault="003A3AF1">
      <w:pPr>
        <w:spacing w:after="40"/>
        <w:ind w:left="113"/>
      </w:pPr>
      <w:sdt>
        <w:sdtPr>
          <w:id w:val="2062516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Bella Notte – sommerliche italienische Chill-Vibes</w:t>
      </w:r>
    </w:p>
    <w:p w14:paraId="1741FFDA" w14:textId="1296F4E7" w:rsidR="00674D6E" w:rsidRDefault="003A3AF1">
      <w:pPr>
        <w:spacing w:after="40"/>
        <w:ind w:left="113"/>
      </w:pPr>
      <w:sdt>
        <w:sdtPr>
          <w:id w:val="-1895580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Café am Fenster</w:t>
      </w:r>
    </w:p>
    <w:p w14:paraId="443E0B6C" w14:textId="27256F95" w:rsidR="003A175A" w:rsidRDefault="003A3AF1">
      <w:pPr>
        <w:spacing w:after="40"/>
        <w:ind w:left="113"/>
      </w:pPr>
      <w:sdt>
        <w:sdtPr>
          <w:id w:val="86680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75A">
            <w:t>☐</w:t>
          </w:r>
        </w:sdtContent>
      </w:sdt>
      <w:r w:rsidR="005721CB">
        <w:t xml:space="preserve">  </w:t>
      </w:r>
      <w:r w:rsidR="003A175A">
        <w:t>Reggae Vibes – Freundinnen am Strand von Jamaika</w:t>
      </w:r>
    </w:p>
    <w:p w14:paraId="623677E6" w14:textId="4055465F" w:rsidR="003A175A" w:rsidRDefault="003A3AF1">
      <w:pPr>
        <w:spacing w:after="40"/>
        <w:ind w:left="113"/>
      </w:pPr>
      <w:sdt>
        <w:sdtPr>
          <w:id w:val="-1578515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75A">
            <w:t>☐</w:t>
          </w:r>
        </w:sdtContent>
      </w:sdt>
      <w:r w:rsidR="005721CB">
        <w:t xml:space="preserve">  </w:t>
      </w:r>
      <w:r w:rsidR="003A175A">
        <w:t>Corazon de Fuego</w:t>
      </w:r>
    </w:p>
    <w:p w14:paraId="227985B4" w14:textId="7784D71C" w:rsidR="003A175A" w:rsidRDefault="003A3AF1">
      <w:pPr>
        <w:spacing w:after="40"/>
        <w:ind w:left="113"/>
      </w:pPr>
      <w:sdt>
        <w:sdtPr>
          <w:id w:val="-539588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75A">
            <w:t>☐</w:t>
          </w:r>
        </w:sdtContent>
      </w:sdt>
      <w:r w:rsidR="005721CB">
        <w:t xml:space="preserve">  </w:t>
      </w:r>
      <w:r w:rsidR="003A175A">
        <w:t>Das Erbe der Stämme – Der Geist bleibt wach</w:t>
      </w:r>
    </w:p>
    <w:p w14:paraId="3E3D37B8" w14:textId="4615B570" w:rsidR="003A175A" w:rsidRDefault="003A3AF1">
      <w:pPr>
        <w:spacing w:after="40"/>
        <w:ind w:left="113"/>
      </w:pPr>
      <w:sdt>
        <w:sdtPr>
          <w:id w:val="-1110885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75A">
            <w:t>☐</w:t>
          </w:r>
        </w:sdtContent>
      </w:sdt>
      <w:r w:rsidR="005721CB">
        <w:t xml:space="preserve">  </w:t>
      </w:r>
      <w:r w:rsidR="003A175A">
        <w:t>Deutschland gebt alles</w:t>
      </w:r>
    </w:p>
    <w:p w14:paraId="49DE76B5" w14:textId="3BF86943" w:rsidR="003A175A" w:rsidRDefault="003A3AF1">
      <w:pPr>
        <w:spacing w:after="40"/>
        <w:ind w:left="113"/>
      </w:pPr>
      <w:sdt>
        <w:sdtPr>
          <w:id w:val="1750453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75A">
            <w:t>☐</w:t>
          </w:r>
        </w:sdtContent>
      </w:sdt>
      <w:r w:rsidR="005721CB">
        <w:t xml:space="preserve">  </w:t>
      </w:r>
      <w:r w:rsidR="003A175A">
        <w:t>Die Nächte von Marrakesch</w:t>
      </w:r>
    </w:p>
    <w:p w14:paraId="43EB0ECC" w14:textId="56338717" w:rsidR="003A175A" w:rsidRDefault="003A3AF1">
      <w:pPr>
        <w:spacing w:after="40"/>
        <w:ind w:left="113"/>
      </w:pPr>
      <w:sdt>
        <w:sdtPr>
          <w:id w:val="-2034958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75A">
            <w:t>☐</w:t>
          </w:r>
        </w:sdtContent>
      </w:sdt>
      <w:r w:rsidR="005721CB">
        <w:t xml:space="preserve">  </w:t>
      </w:r>
      <w:r w:rsidR="003A175A">
        <w:t>Einfach wir – jetzt erst recht</w:t>
      </w:r>
    </w:p>
    <w:p w14:paraId="11D266EF" w14:textId="5545CBF1" w:rsidR="003A175A" w:rsidRDefault="003A3AF1">
      <w:pPr>
        <w:spacing w:after="40"/>
        <w:ind w:left="113"/>
      </w:pPr>
      <w:sdt>
        <w:sdtPr>
          <w:id w:val="-2005114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75A">
            <w:t>☐</w:t>
          </w:r>
        </w:sdtContent>
      </w:sdt>
      <w:r w:rsidR="005721CB">
        <w:t xml:space="preserve">  </w:t>
      </w:r>
      <w:r w:rsidR="003A175A">
        <w:t>Fiesta bajo el sol</w:t>
      </w:r>
    </w:p>
    <w:p w14:paraId="71ADC2FA" w14:textId="63C801FA" w:rsidR="003A175A" w:rsidRDefault="003A3AF1">
      <w:pPr>
        <w:spacing w:after="40"/>
        <w:ind w:left="113"/>
      </w:pPr>
      <w:sdt>
        <w:sdtPr>
          <w:id w:val="449358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75A">
            <w:t>☐</w:t>
          </w:r>
        </w:sdtContent>
      </w:sdt>
      <w:r w:rsidR="005721CB">
        <w:t xml:space="preserve">  </w:t>
      </w:r>
      <w:r w:rsidR="003A175A">
        <w:t>Griechenland – Meine Sehnsucht</w:t>
      </w:r>
    </w:p>
    <w:p w14:paraId="0B00C929" w14:textId="4AC0CE6C" w:rsidR="003A175A" w:rsidRDefault="003A3AF1">
      <w:pPr>
        <w:spacing w:after="40"/>
        <w:ind w:left="113"/>
      </w:pPr>
      <w:sdt>
        <w:sdtPr>
          <w:id w:val="-2134240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75A">
            <w:t>☐</w:t>
          </w:r>
        </w:sdtContent>
      </w:sdt>
      <w:r w:rsidR="005721CB">
        <w:t xml:space="preserve">  </w:t>
      </w:r>
      <w:r w:rsidR="003A175A">
        <w:t>Hättest du mich nicht so angesehen</w:t>
      </w:r>
    </w:p>
    <w:p w14:paraId="61BBEA76" w14:textId="61692A35" w:rsidR="003A175A" w:rsidRDefault="003A3AF1">
      <w:pPr>
        <w:spacing w:after="40"/>
        <w:ind w:left="113"/>
      </w:pPr>
      <w:sdt>
        <w:sdtPr>
          <w:id w:val="864249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75A">
            <w:t>☐</w:t>
          </w:r>
        </w:sdtContent>
      </w:sdt>
      <w:r w:rsidR="005721CB">
        <w:t xml:space="preserve">  </w:t>
      </w:r>
      <w:r w:rsidR="003A175A">
        <w:t>Heimatwind – Dein Weg zurück nach Haus</w:t>
      </w:r>
    </w:p>
    <w:p w14:paraId="1A8521A0" w14:textId="6DA66E94" w:rsidR="004E2764" w:rsidRDefault="003A3AF1">
      <w:pPr>
        <w:spacing w:after="40"/>
        <w:ind w:left="113"/>
      </w:pPr>
      <w:sdt>
        <w:sdtPr>
          <w:id w:val="2129744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764">
            <w:t>☐</w:t>
          </w:r>
        </w:sdtContent>
      </w:sdt>
      <w:r w:rsidR="005721CB">
        <w:t xml:space="preserve">  </w:t>
      </w:r>
      <w:r w:rsidR="004E2764">
        <w:t>Karibische Nächte</w:t>
      </w:r>
    </w:p>
    <w:p w14:paraId="36422D05" w14:textId="13D812AB" w:rsidR="006F52B4" w:rsidRDefault="003A3AF1" w:rsidP="006F52B4">
      <w:pPr>
        <w:spacing w:after="40"/>
        <w:ind w:left="113"/>
      </w:pPr>
      <w:sdt>
        <w:sdtPr>
          <w:id w:val="531005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52B4">
            <w:t>☐</w:t>
          </w:r>
        </w:sdtContent>
      </w:sdt>
      <w:r w:rsidR="005721CB">
        <w:t xml:space="preserve">  </w:t>
      </w:r>
      <w:r w:rsidR="006F52B4">
        <w:t>Lebe dein Leben – heute und hier</w:t>
      </w:r>
    </w:p>
    <w:p w14:paraId="6350D6ED" w14:textId="6332D5A4" w:rsidR="00052190" w:rsidRDefault="003A3AF1" w:rsidP="006F52B4">
      <w:pPr>
        <w:spacing w:after="40"/>
        <w:ind w:left="113"/>
      </w:pPr>
      <w:sdt>
        <w:sdtPr>
          <w:id w:val="-1262688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2190">
            <w:t>☐</w:t>
          </w:r>
        </w:sdtContent>
      </w:sdt>
      <w:r w:rsidR="005721CB">
        <w:t xml:space="preserve">  </w:t>
      </w:r>
      <w:r w:rsidR="00052190">
        <w:t>Mein eigenes Leben</w:t>
      </w:r>
    </w:p>
    <w:p w14:paraId="1F74358B" w14:textId="7AD7F150" w:rsidR="00052190" w:rsidRDefault="003A3AF1" w:rsidP="006F52B4">
      <w:pPr>
        <w:spacing w:after="40"/>
        <w:ind w:left="113"/>
      </w:pPr>
      <w:sdt>
        <w:sdtPr>
          <w:id w:val="-366761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2190">
            <w:t>☐</w:t>
          </w:r>
        </w:sdtContent>
      </w:sdt>
      <w:r w:rsidR="005721CB">
        <w:t xml:space="preserve">  </w:t>
      </w:r>
      <w:r w:rsidR="00052190">
        <w:t>Mein Weg nach Haus</w:t>
      </w:r>
    </w:p>
    <w:p w14:paraId="5891001B" w14:textId="72C6C59D" w:rsidR="006C4141" w:rsidRDefault="003A3AF1" w:rsidP="006C4141">
      <w:pPr>
        <w:spacing w:after="40"/>
        <w:ind w:left="113"/>
      </w:pPr>
      <w:sdt>
        <w:sdtPr>
          <w:id w:val="281310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141">
            <w:t>☐</w:t>
          </w:r>
        </w:sdtContent>
      </w:sdt>
      <w:r w:rsidR="005721CB">
        <w:t xml:space="preserve">  </w:t>
      </w:r>
      <w:r w:rsidR="006C4141">
        <w:t>Nicht ohne uns – Rentnerpower 3</w:t>
      </w:r>
    </w:p>
    <w:p w14:paraId="4E981F0E" w14:textId="0C1C23AA" w:rsidR="00350AD7" w:rsidRDefault="003A3AF1" w:rsidP="006C414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1624958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AD7">
            <w:t>☐</w:t>
          </w:r>
        </w:sdtContent>
      </w:sdt>
      <w:r w:rsidR="005721CB">
        <w:t xml:space="preserve">  </w:t>
      </w:r>
      <w:r w:rsidR="00350AD7">
        <w:t>Say you love me</w:t>
      </w:r>
    </w:p>
    <w:p w14:paraId="2E90F804" w14:textId="258576B1" w:rsidR="00350AD7" w:rsidRDefault="003A3AF1" w:rsidP="006C4141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-596017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AD7">
            <w:t>☐</w:t>
          </w:r>
        </w:sdtContent>
      </w:sdt>
      <w:r w:rsidR="005721CB">
        <w:t xml:space="preserve">  </w:t>
      </w:r>
      <w:r w:rsidR="00350AD7">
        <w:t>Solo mia – Reggaeton</w:t>
      </w:r>
    </w:p>
    <w:p w14:paraId="359DF97D" w14:textId="7F847CFB" w:rsidR="003565DC" w:rsidRDefault="003A3AF1" w:rsidP="006C4141">
      <w:pPr>
        <w:spacing w:after="40"/>
        <w:ind w:left="113"/>
      </w:pPr>
      <w:sdt>
        <w:sdtPr>
          <w:id w:val="1389680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5DC">
            <w:t>☐</w:t>
          </w:r>
        </w:sdtContent>
      </w:sdt>
      <w:r w:rsidR="005721CB">
        <w:t xml:space="preserve">  </w:t>
      </w:r>
      <w:r w:rsidR="003565DC">
        <w:t>Türkische Nächte</w:t>
      </w:r>
    </w:p>
    <w:p w14:paraId="18BBB5D4" w14:textId="16D54557" w:rsidR="003565DC" w:rsidRDefault="003A3AF1" w:rsidP="006C4141">
      <w:pPr>
        <w:spacing w:after="40"/>
        <w:ind w:left="113"/>
      </w:pPr>
      <w:sdt>
        <w:sdtPr>
          <w:id w:val="-1064643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5DC">
            <w:t>☐</w:t>
          </w:r>
        </w:sdtContent>
      </w:sdt>
      <w:r w:rsidR="005721CB">
        <w:t xml:space="preserve">  </w:t>
      </w:r>
      <w:r w:rsidR="003565DC">
        <w:t>Unsere Liebe hier und jetzt</w:t>
      </w:r>
    </w:p>
    <w:p w14:paraId="0ED1C59E" w14:textId="5DF74AE5" w:rsidR="003565DC" w:rsidRDefault="003A3AF1" w:rsidP="006C4141">
      <w:pPr>
        <w:spacing w:after="40"/>
        <w:ind w:left="113"/>
      </w:pPr>
      <w:sdt>
        <w:sdtPr>
          <w:id w:val="-1348405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5DC">
            <w:t>☐</w:t>
          </w:r>
        </w:sdtContent>
      </w:sdt>
      <w:r w:rsidR="005721CB">
        <w:t xml:space="preserve">  </w:t>
      </w:r>
      <w:r w:rsidR="003565DC">
        <w:t>Sommer in Spanien</w:t>
      </w:r>
    </w:p>
    <w:p w14:paraId="73010BD4" w14:textId="0311616D" w:rsidR="003565DC" w:rsidRDefault="003A3AF1" w:rsidP="006C4141">
      <w:pPr>
        <w:spacing w:after="40"/>
        <w:ind w:left="113"/>
      </w:pPr>
      <w:sdt>
        <w:sdtPr>
          <w:id w:val="-299151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5DC">
            <w:t>☐</w:t>
          </w:r>
        </w:sdtContent>
      </w:sdt>
      <w:r w:rsidR="005721CB">
        <w:t xml:space="preserve">  </w:t>
      </w:r>
      <w:r w:rsidR="003565DC">
        <w:t>Sotto il sole</w:t>
      </w:r>
    </w:p>
    <w:p w14:paraId="4CD3482C" w14:textId="66110CA1" w:rsidR="00674FBE" w:rsidRDefault="003A3AF1" w:rsidP="006C4141">
      <w:pPr>
        <w:spacing w:after="40"/>
        <w:ind w:left="113"/>
      </w:pPr>
      <w:sdt>
        <w:sdtPr>
          <w:id w:val="1060136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FBE">
            <w:t>☐</w:t>
          </w:r>
        </w:sdtContent>
      </w:sdt>
      <w:r w:rsidR="005721CB">
        <w:t xml:space="preserve">  </w:t>
      </w:r>
      <w:r w:rsidR="00674FBE">
        <w:t>Volim te</w:t>
      </w:r>
    </w:p>
    <w:p w14:paraId="371E6E9B" w14:textId="6E5797B1" w:rsidR="00674FBE" w:rsidRDefault="003A3AF1" w:rsidP="006C4141">
      <w:pPr>
        <w:spacing w:after="40"/>
        <w:ind w:left="113"/>
      </w:pPr>
      <w:sdt>
        <w:sdtPr>
          <w:id w:val="-621769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FBE">
            <w:t>☐</w:t>
          </w:r>
        </w:sdtContent>
      </w:sdt>
      <w:r w:rsidR="005721CB">
        <w:t xml:space="preserve">  </w:t>
      </w:r>
      <w:r w:rsidR="00674FBE">
        <w:t>Wir sind die Boomer</w:t>
      </w:r>
    </w:p>
    <w:p w14:paraId="31634AE0" w14:textId="6D15E52D" w:rsidR="00674FBE" w:rsidRDefault="003A3AF1" w:rsidP="006C4141">
      <w:pPr>
        <w:spacing w:after="40"/>
        <w:ind w:left="113"/>
      </w:pPr>
      <w:sdt>
        <w:sdtPr>
          <w:id w:val="-1597240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FBE">
            <w:t>☐</w:t>
          </w:r>
        </w:sdtContent>
      </w:sdt>
      <w:r w:rsidR="005721CB">
        <w:t xml:space="preserve">  </w:t>
      </w:r>
      <w:r w:rsidR="00674FBE">
        <w:t>Ya Habibi nights</w:t>
      </w:r>
    </w:p>
    <w:p w14:paraId="7C05EFFF" w14:textId="7174FBB9" w:rsidR="00674FBE" w:rsidRDefault="003A3AF1" w:rsidP="006C4141">
      <w:pPr>
        <w:spacing w:after="40"/>
        <w:ind w:left="113"/>
      </w:pPr>
      <w:sdt>
        <w:sdtPr>
          <w:id w:val="-185749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FBE">
            <w:t>☐</w:t>
          </w:r>
        </w:sdtContent>
      </w:sdt>
      <w:r w:rsidR="005721CB">
        <w:t xml:space="preserve">  </w:t>
      </w:r>
      <w:r w:rsidR="00674FBE">
        <w:t>Zeitlose Sommertage</w:t>
      </w:r>
    </w:p>
    <w:p w14:paraId="6A596967" w14:textId="77777777" w:rsidR="00674FBE" w:rsidRDefault="00674FBE" w:rsidP="006C4141">
      <w:pPr>
        <w:spacing w:after="40"/>
        <w:ind w:left="113"/>
      </w:pPr>
    </w:p>
    <w:p w14:paraId="49518CBD" w14:textId="77777777" w:rsidR="006C4141" w:rsidRDefault="006C4141" w:rsidP="006F52B4">
      <w:pPr>
        <w:spacing w:after="40"/>
        <w:ind w:left="113"/>
      </w:pPr>
    </w:p>
    <w:p w14:paraId="24ED14C2" w14:textId="77777777" w:rsidR="006F52B4" w:rsidRDefault="006F52B4">
      <w:pPr>
        <w:spacing w:after="40"/>
        <w:ind w:left="113"/>
      </w:pPr>
    </w:p>
    <w:p w14:paraId="5716C194" w14:textId="77777777" w:rsidR="00674D6E" w:rsidRDefault="00674D6E">
      <w:pPr>
        <w:spacing w:after="40"/>
        <w:ind w:left="113"/>
      </w:pPr>
    </w:p>
    <w:p w14:paraId="7ACCA389" w14:textId="77777777" w:rsidR="001D5F3C" w:rsidRDefault="00A25EF3">
      <w:pPr>
        <w:spacing w:before="280" w:after="100"/>
      </w:pPr>
      <w:r>
        <w:rPr>
          <w:b/>
          <w:sz w:val="28"/>
        </w:rPr>
        <w:t>Balladen</w:t>
      </w:r>
    </w:p>
    <w:p w14:paraId="17AAADD1" w14:textId="32EABB9F" w:rsidR="001D5F3C" w:rsidRDefault="003A3AF1">
      <w:pPr>
        <w:spacing w:after="40"/>
        <w:ind w:left="113"/>
        <w:rPr>
          <w:sz w:val="21"/>
        </w:rPr>
      </w:pPr>
      <w:sdt>
        <w:sdtPr>
          <w:id w:val="252705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Carmen</w:t>
      </w:r>
    </w:p>
    <w:p w14:paraId="722C9FF8" w14:textId="1ECD6FD8" w:rsidR="00674D6E" w:rsidRDefault="003A3AF1">
      <w:pPr>
        <w:spacing w:after="40"/>
        <w:ind w:left="113"/>
      </w:pPr>
      <w:sdt>
        <w:sdtPr>
          <w:id w:val="226422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Du bist noch da, mein inneres Kind</w:t>
      </w:r>
    </w:p>
    <w:p w14:paraId="4ABF939A" w14:textId="1CABBEFD" w:rsidR="00674D6E" w:rsidRDefault="003A3AF1">
      <w:pPr>
        <w:spacing w:after="40"/>
        <w:ind w:left="113"/>
      </w:pPr>
      <w:sdt>
        <w:sdtPr>
          <w:id w:val="-472367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Ein Gruß zum Muttertag</w:t>
      </w:r>
    </w:p>
    <w:p w14:paraId="4EB4119B" w14:textId="38F8EB8B" w:rsidR="00674D6E" w:rsidRDefault="003A3AF1">
      <w:pPr>
        <w:spacing w:after="40"/>
        <w:ind w:left="113"/>
      </w:pPr>
      <w:sdt>
        <w:sdtPr>
          <w:id w:val="-19087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Gib mich frei</w:t>
      </w:r>
    </w:p>
    <w:p w14:paraId="7BB2DA42" w14:textId="563A498B" w:rsidR="00674D6E" w:rsidRDefault="003A3AF1">
      <w:pPr>
        <w:spacing w:after="40"/>
        <w:ind w:left="113"/>
      </w:pPr>
      <w:sdt>
        <w:sdtPr>
          <w:id w:val="592520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Griechenland – Meine Sehnsucht</w:t>
      </w:r>
    </w:p>
    <w:p w14:paraId="5E925232" w14:textId="153C9F5B" w:rsidR="00674D6E" w:rsidRDefault="003A3AF1">
      <w:pPr>
        <w:spacing w:after="40"/>
        <w:ind w:left="113"/>
      </w:pPr>
      <w:sdt>
        <w:sdtPr>
          <w:id w:val="159201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Hand in Hand</w:t>
      </w:r>
    </w:p>
    <w:p w14:paraId="44B6D9A5" w14:textId="3C224CF6" w:rsidR="00674D6E" w:rsidRDefault="003A3AF1">
      <w:pPr>
        <w:spacing w:after="40"/>
        <w:ind w:left="113"/>
      </w:pPr>
      <w:sdt>
        <w:sdtPr>
          <w:id w:val="153424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Im Geist der Kelten</w:t>
      </w:r>
    </w:p>
    <w:p w14:paraId="3474F797" w14:textId="694467ED" w:rsidR="00674D6E" w:rsidRDefault="003A3AF1">
      <w:pPr>
        <w:spacing w:after="40"/>
        <w:ind w:left="113"/>
      </w:pPr>
      <w:sdt>
        <w:sdtPr>
          <w:id w:val="20439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Wir bleiben Freundinnen</w:t>
      </w:r>
    </w:p>
    <w:p w14:paraId="2E8634DB" w14:textId="3968CC86" w:rsidR="006F52B4" w:rsidRDefault="003A3AF1" w:rsidP="006F52B4">
      <w:pPr>
        <w:spacing w:after="40"/>
        <w:ind w:left="113"/>
      </w:pPr>
      <w:sdt>
        <w:sdtPr>
          <w:id w:val="-1762975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52B4">
            <w:t>☐</w:t>
          </w:r>
        </w:sdtContent>
      </w:sdt>
      <w:r w:rsidR="005721CB">
        <w:t xml:space="preserve">  </w:t>
      </w:r>
      <w:r w:rsidR="006F52B4">
        <w:t>Licht meines Lebens – Ein Lied für meine Mutter die gegangen ist</w:t>
      </w:r>
    </w:p>
    <w:bookmarkStart w:id="7" w:name="_Hlk240268519"/>
    <w:bookmarkEnd w:id="7"/>
    <w:p w14:paraId="047B14CA" w14:textId="547F6478" w:rsidR="00E30E28" w:rsidRDefault="003A3AF1" w:rsidP="006F52B4">
      <w:pPr>
        <w:spacing w:after="40"/>
        <w:ind w:left="113"/>
        <w:rPr>
          <w:sz w:val="21"/>
        </w:rPr>
      </w:pPr>
      <w:sdt>
        <w:sdtPr>
          <w:id w:val="1660799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E28">
            <w:t>☐</w:t>
          </w:r>
        </w:sdtContent>
      </w:sdt>
      <w:r w:rsidR="005721CB">
        <w:t xml:space="preserve">  </w:t>
      </w:r>
      <w:r w:rsidR="00E30E28">
        <w:t>Mi Espana profunda</w:t>
      </w:r>
    </w:p>
    <w:p w14:paraId="363E2876" w14:textId="657E2DC8" w:rsidR="00350AD7" w:rsidRDefault="003A3AF1" w:rsidP="006F52B4">
      <w:pPr>
        <w:spacing w:after="40"/>
        <w:ind w:left="113"/>
        <w:rPr>
          <w:rFonts w:ascii="Segoe UI Symbol" w:hAnsi="Segoe UI Symbol" w:cs="Segoe UI Symbol"/>
        </w:rPr>
      </w:pPr>
      <w:sdt>
        <w:sdtPr>
          <w:id w:val="-2041959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AD7">
            <w:t>☐</w:t>
          </w:r>
        </w:sdtContent>
      </w:sdt>
      <w:r w:rsidR="005721CB">
        <w:t xml:space="preserve">  </w:t>
      </w:r>
      <w:r w:rsidR="00350AD7">
        <w:t>Schwester – Schwester</w:t>
      </w:r>
    </w:p>
    <w:p w14:paraId="44E6819D" w14:textId="79021F9C" w:rsidR="003565DC" w:rsidRDefault="003A3AF1" w:rsidP="006F52B4">
      <w:pPr>
        <w:spacing w:after="40"/>
        <w:ind w:left="113"/>
      </w:pPr>
      <w:sdt>
        <w:sdtPr>
          <w:id w:val="-241800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5DC">
            <w:t>☐</w:t>
          </w:r>
        </w:sdtContent>
      </w:sdt>
      <w:r w:rsidR="005721CB">
        <w:t xml:space="preserve">  </w:t>
      </w:r>
      <w:r w:rsidR="003565DC">
        <w:t>The heart of Skye</w:t>
      </w:r>
    </w:p>
    <w:p w14:paraId="618393B0" w14:textId="3D63B064" w:rsidR="003565DC" w:rsidRDefault="003A3AF1" w:rsidP="006F52B4">
      <w:pPr>
        <w:spacing w:after="40"/>
        <w:ind w:left="113"/>
      </w:pPr>
      <w:sdt>
        <w:sdtPr>
          <w:id w:val="-1446383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5DC">
            <w:t>☐</w:t>
          </w:r>
        </w:sdtContent>
      </w:sdt>
      <w:r w:rsidR="005721CB">
        <w:t xml:space="preserve">  </w:t>
      </w:r>
      <w:r w:rsidR="003565DC">
        <w:t>Soulful Memories</w:t>
      </w:r>
    </w:p>
    <w:p w14:paraId="3472BC47" w14:textId="7974709E" w:rsidR="00674FBE" w:rsidRDefault="003A3AF1" w:rsidP="006F52B4">
      <w:pPr>
        <w:spacing w:after="40"/>
        <w:ind w:left="113"/>
      </w:pPr>
      <w:sdt>
        <w:sdtPr>
          <w:id w:val="1651408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FBE">
            <w:t>☐</w:t>
          </w:r>
        </w:sdtContent>
      </w:sdt>
      <w:r w:rsidR="005721CB">
        <w:t xml:space="preserve">  </w:t>
      </w:r>
      <w:r w:rsidR="00674FBE">
        <w:t>Wie lebe ich ohne dich</w:t>
      </w:r>
    </w:p>
    <w:p w14:paraId="0053EBB5" w14:textId="77777777" w:rsidR="006F52B4" w:rsidRDefault="006F52B4">
      <w:pPr>
        <w:spacing w:after="40"/>
        <w:ind w:left="113"/>
      </w:pPr>
    </w:p>
    <w:p w14:paraId="09DAE5E6" w14:textId="77777777" w:rsidR="001D5F3C" w:rsidRDefault="00A25EF3">
      <w:pPr>
        <w:spacing w:before="280" w:after="100"/>
      </w:pPr>
      <w:r>
        <w:rPr>
          <w:b/>
          <w:sz w:val="28"/>
        </w:rPr>
        <w:t>Country &amp; Western</w:t>
      </w:r>
    </w:p>
    <w:p w14:paraId="2DB25A29" w14:textId="7B7AF8DA" w:rsidR="001D5F3C" w:rsidRDefault="003A3AF1">
      <w:pPr>
        <w:spacing w:after="40"/>
        <w:ind w:left="113"/>
        <w:rPr>
          <w:sz w:val="21"/>
        </w:rPr>
      </w:pPr>
      <w:sdt>
        <w:sdtPr>
          <w:id w:val="-666859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EF3">
            <w:t>☐</w:t>
          </w:r>
        </w:sdtContent>
      </w:sdt>
      <w:r w:rsidR="005721CB">
        <w:t xml:space="preserve">  </w:t>
      </w:r>
      <w:r w:rsidR="00A25EF3">
        <w:t>Dust on my boots</w:t>
      </w:r>
    </w:p>
    <w:p w14:paraId="045E12F0" w14:textId="2E384FBC" w:rsidR="00674D6E" w:rsidRDefault="003A3AF1">
      <w:pPr>
        <w:spacing w:after="40"/>
        <w:ind w:left="113"/>
      </w:pPr>
      <w:sdt>
        <w:sdtPr>
          <w:id w:val="222724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D6E">
            <w:t>☐</w:t>
          </w:r>
        </w:sdtContent>
      </w:sdt>
      <w:r w:rsidR="005721CB">
        <w:t xml:space="preserve">  </w:t>
      </w:r>
      <w:r w:rsidR="00674D6E">
        <w:t>Heimatwind – Dein Weg zurück nach Haus</w:t>
      </w:r>
    </w:p>
    <w:p w14:paraId="4157A295" w14:textId="4162C41E" w:rsidR="00052190" w:rsidRDefault="003A3AF1">
      <w:pPr>
        <w:spacing w:after="40"/>
        <w:ind w:left="113"/>
      </w:pPr>
      <w:sdt>
        <w:sdtPr>
          <w:id w:val="1348220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2190">
            <w:t>☐</w:t>
          </w:r>
        </w:sdtContent>
      </w:sdt>
      <w:r w:rsidR="005721CB">
        <w:t xml:space="preserve">  </w:t>
      </w:r>
      <w:r w:rsidR="00052190">
        <w:t>Mein Weg nach Haus</w:t>
      </w:r>
    </w:p>
    <w:p w14:paraId="5143A114" w14:textId="3143BBEF" w:rsidR="001D5F3C" w:rsidRDefault="001D5F3C">
      <w:pPr>
        <w:spacing w:after="40"/>
        <w:ind w:left="227"/>
        <w:rPr>
          <w:b/>
          <w:sz w:val="21"/>
        </w:rPr>
      </w:pPr>
    </w:p>
    <w:p w14:paraId="0E8D7F4B" w14:textId="65590DF3" w:rsidR="004D62D8" w:rsidRDefault="004D62D8">
      <w:pPr>
        <w:spacing w:after="40"/>
        <w:ind w:left="227"/>
        <w:rPr>
          <w:b/>
          <w:sz w:val="21"/>
        </w:rPr>
      </w:pPr>
    </w:p>
    <w:p w14:paraId="24791BD7" w14:textId="73777E81" w:rsidR="004D62D8" w:rsidRDefault="004D62D8">
      <w:pPr>
        <w:spacing w:after="40"/>
        <w:ind w:left="227"/>
      </w:pPr>
      <w:r>
        <w:rPr>
          <w:b/>
          <w:sz w:val="21"/>
        </w:rPr>
        <w:t>Die Liste wird laufend aktualisiert</w:t>
      </w:r>
    </w:p>
    <w:sectPr w:rsidR="004D62D8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190"/>
    <w:rsid w:val="0006063C"/>
    <w:rsid w:val="00061298"/>
    <w:rsid w:val="0015074B"/>
    <w:rsid w:val="00173B87"/>
    <w:rsid w:val="00194E86"/>
    <w:rsid w:val="001D5F3C"/>
    <w:rsid w:val="00276D6D"/>
    <w:rsid w:val="0029639D"/>
    <w:rsid w:val="002F326E"/>
    <w:rsid w:val="00301083"/>
    <w:rsid w:val="00326F90"/>
    <w:rsid w:val="00350AD7"/>
    <w:rsid w:val="003565DC"/>
    <w:rsid w:val="0039790B"/>
    <w:rsid w:val="003A175A"/>
    <w:rsid w:val="003A3AF1"/>
    <w:rsid w:val="004B1A9C"/>
    <w:rsid w:val="004D0A4B"/>
    <w:rsid w:val="004D62D8"/>
    <w:rsid w:val="004E2764"/>
    <w:rsid w:val="004F501F"/>
    <w:rsid w:val="005721CB"/>
    <w:rsid w:val="005A09B5"/>
    <w:rsid w:val="005D3380"/>
    <w:rsid w:val="005E128D"/>
    <w:rsid w:val="00672153"/>
    <w:rsid w:val="00674D6E"/>
    <w:rsid w:val="00674FBE"/>
    <w:rsid w:val="006A61BC"/>
    <w:rsid w:val="006C4141"/>
    <w:rsid w:val="006F52B4"/>
    <w:rsid w:val="00762980"/>
    <w:rsid w:val="007B3D24"/>
    <w:rsid w:val="009221E5"/>
    <w:rsid w:val="009B5D20"/>
    <w:rsid w:val="009B72E5"/>
    <w:rsid w:val="00A25EF3"/>
    <w:rsid w:val="00A26B70"/>
    <w:rsid w:val="00AA1D8D"/>
    <w:rsid w:val="00B016E6"/>
    <w:rsid w:val="00B245BD"/>
    <w:rsid w:val="00B47730"/>
    <w:rsid w:val="00BA1595"/>
    <w:rsid w:val="00BB3276"/>
    <w:rsid w:val="00BE3E42"/>
    <w:rsid w:val="00BF3535"/>
    <w:rsid w:val="00C00A0E"/>
    <w:rsid w:val="00C84710"/>
    <w:rsid w:val="00CB0664"/>
    <w:rsid w:val="00CD2A2E"/>
    <w:rsid w:val="00CE0B02"/>
    <w:rsid w:val="00D2067E"/>
    <w:rsid w:val="00D37E8B"/>
    <w:rsid w:val="00E30E28"/>
    <w:rsid w:val="00E42705"/>
    <w:rsid w:val="00E87281"/>
    <w:rsid w:val="00E91CDE"/>
    <w:rsid w:val="00EA0456"/>
    <w:rsid w:val="00F023FB"/>
    <w:rsid w:val="00F501B9"/>
    <w:rsid w:val="00F827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F0AEE"/>
  <w14:defaultImageDpi w14:val="300"/>
  <w15:docId w15:val="{FA0F66B2-189A-4081-9D40-79DCD24C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1086</Words>
  <Characters>6842</Characters>
  <Application>Microsoft Office Word</Application>
  <DocSecurity>0</DocSecurity>
  <Lines>57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</cp:lastModifiedBy>
  <cp:revision>49</cp:revision>
  <dcterms:created xsi:type="dcterms:W3CDTF">2013-12-23T23:15:00Z</dcterms:created>
  <dcterms:modified xsi:type="dcterms:W3CDTF">2026-10-22T16:33:00Z</dcterms:modified>
  <cp:category/>
</cp:coreProperties>
</file>